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icrosoft YaHei" w:hAnsi="Microsoft YaHei" w:eastAsia="Microsoft YaHei"/>
          <w:b/>
          <w:sz w:val="40"/>
        </w:rPr>
        <w:t>ChinesePython 教学教程 —— 从零学会写汉语 Python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这本教程教你三件事：</w:t>
      </w:r>
      <w:r>
        <w:rPr>
          <w:rFonts w:ascii="Microsoft YaHei" w:hAnsi="Microsoft YaHei" w:eastAsia="Microsoft YaHei"/>
          <w:b/>
          <w:sz w:val="20"/>
        </w:rPr>
        <w:t>中文关键字怎么用</w:t>
      </w:r>
      <w:r>
        <w:rPr>
          <w:rFonts w:ascii="Microsoft YaHei" w:hAnsi="Microsoft YaHei" w:eastAsia="Microsoft YaHei"/>
          <w:sz w:val="20"/>
        </w:rPr>
        <w:t>（每个都给出对应的英文）、</w:t>
      </w:r>
    </w:p>
    <w:p>
      <w:pPr>
        <w:ind w:left="340"/>
      </w:pPr>
      <w:r>
        <w:rPr>
          <w:rFonts w:ascii="Microsoft YaHei" w:hAnsi="Microsoft YaHei" w:eastAsia="Microsoft YaHei"/>
          <w:b/>
          <w:sz w:val="20"/>
        </w:rPr>
        <w:t>原本那些符号怎么用</w:t>
      </w:r>
      <w:r>
        <w:rPr>
          <w:rFonts w:ascii="Microsoft YaHei" w:hAnsi="Microsoft YaHei" w:eastAsia="Microsoft YaHei"/>
          <w:sz w:val="20"/>
        </w:rPr>
        <w:t>（</w:t>
      </w:r>
      <w:r>
        <w:rPr>
          <w:rFonts w:ascii="Consolas" w:hAnsi="Consolas" w:eastAsia="Consolas"/>
          <w:sz w:val="18"/>
        </w:rPr>
        <w:t>() [] {} :</w:t>
      </w:r>
      <w:r>
        <w:rPr>
          <w:rFonts w:ascii="Microsoft YaHei" w:hAnsi="Microsoft YaHei" w:eastAsia="Microsoft YaHei"/>
          <w:sz w:val="20"/>
        </w:rPr>
        <w:t xml:space="preserve"> 一个没换）、</w:t>
      </w:r>
    </w:p>
    <w:p>
      <w:pPr>
        <w:ind w:left="340"/>
      </w:pPr>
      <w:r>
        <w:rPr>
          <w:rFonts w:ascii="Microsoft YaHei" w:hAnsi="Microsoft YaHei" w:eastAsia="Microsoft YaHei"/>
          <w:b/>
          <w:sz w:val="20"/>
        </w:rPr>
        <w:t>常用标准库怎么用</w:t>
      </w:r>
      <w:r>
        <w:rPr>
          <w:rFonts w:ascii="Microsoft YaHei" w:hAnsi="Microsoft YaHei" w:eastAsia="Microsoft YaHei"/>
          <w:sz w:val="20"/>
        </w:rPr>
        <w:t>（</w:t>
      </w:r>
      <w:r>
        <w:rPr>
          <w:rFonts w:ascii="Consolas" w:hAnsi="Consolas" w:eastAsia="Consolas"/>
          <w:sz w:val="18"/>
        </w:rPr>
        <w:t>操作系统</w:t>
      </w:r>
      <w:r>
        <w:rPr>
          <w:rFonts w:ascii="Microsoft YaHei" w:hAnsi="Microsoft YaHei" w:eastAsia="Microsoft YaHei"/>
          <w:sz w:val="20"/>
        </w:rPr>
        <w:t>、</w:t>
      </w:r>
      <w:r>
        <w:rPr>
          <w:rFonts w:ascii="Consolas" w:hAnsi="Consolas" w:eastAsia="Consolas"/>
          <w:sz w:val="18"/>
        </w:rPr>
        <w:t>JSON解析</w:t>
      </w:r>
      <w:r>
        <w:rPr>
          <w:rFonts w:ascii="Microsoft YaHei" w:hAnsi="Microsoft YaHei" w:eastAsia="Microsoft YaHei"/>
          <w:sz w:val="20"/>
        </w:rPr>
        <w:t>、</w:t>
      </w:r>
      <w:r>
        <w:rPr>
          <w:rFonts w:ascii="Consolas" w:hAnsi="Consolas" w:eastAsia="Consolas"/>
          <w:sz w:val="18"/>
        </w:rPr>
        <w:t>正则</w:t>
      </w:r>
      <w:r>
        <w:rPr>
          <w:rFonts w:ascii="Microsoft YaHei" w:hAnsi="Microsoft YaHei" w:eastAsia="Microsoft YaHei"/>
          <w:sz w:val="20"/>
        </w:rPr>
        <w:t>、</w:t>
      </w:r>
      <w:r>
        <w:rPr>
          <w:rFonts w:ascii="Consolas" w:hAnsi="Consolas" w:eastAsia="Consolas"/>
          <w:sz w:val="18"/>
        </w:rPr>
        <w:t>时间</w:t>
      </w:r>
      <w:r>
        <w:rPr>
          <w:rFonts w:ascii="Microsoft YaHei" w:hAnsi="Microsoft YaHei" w:eastAsia="Microsoft YaHei"/>
          <w:sz w:val="20"/>
        </w:rPr>
        <w:t>…）。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它只讲汉语化带来的差异与够用的基础，</w:t>
      </w:r>
      <w:r>
        <w:rPr>
          <w:rFonts w:ascii="Microsoft YaHei" w:hAnsi="Microsoft YaHei" w:eastAsia="Microsoft YaHei"/>
          <w:b/>
          <w:sz w:val="20"/>
        </w:rPr>
        <w:t>不替代 Python 教材</w:t>
      </w:r>
      <w:r>
        <w:rPr>
          <w:rFonts w:ascii="Microsoft YaHei" w:hAnsi="Microsoft YaHei" w:eastAsia="Microsoft YaHei"/>
          <w:sz w:val="20"/>
        </w:rPr>
        <w:t>。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 xml:space="preserve">**本文件里的代码块 == </w:t>
      </w:r>
      <w:r>
        <w:rPr>
          <w:rFonts w:ascii="Consolas" w:hAnsi="Consolas" w:eastAsia="Consolas"/>
          <w:sz w:val="18"/>
        </w:rPr>
        <w:t>docs\\教学\\例子\\*.py</w:t>
      </w:r>
      <w:r>
        <w:rPr>
          <w:rFonts w:ascii="Microsoft YaHei" w:hAnsi="Microsoft YaHei" w:eastAsia="Microsoft YaHei"/>
          <w:sz w:val="20"/>
        </w:rPr>
        <w:t xml:space="preserve"> 的真源码（逐字一致），</w:t>
      </w:r>
      <w:r>
        <w:rPr>
          <w:rFonts w:ascii="Consolas" w:hAnsi="Consolas" w:eastAsia="Consolas"/>
          <w:sz w:val="18"/>
        </w:rPr>
        <w:t>期望输出</w:t>
      </w:r>
      <w:r>
        <w:rPr>
          <w:rFonts w:ascii="Microsoft YaHei" w:hAnsi="Microsoft YaHei" w:eastAsia="Microsoft YaHei"/>
          <w:sz w:val="20"/>
        </w:rPr>
        <w:t xml:space="preserve"> 也是真跑出来的。**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 xml:space="preserve">目前由 </w:t>
      </w:r>
      <w:r>
        <w:rPr>
          <w:rFonts w:ascii="Consolas" w:hAnsi="Consolas" w:eastAsia="Consolas"/>
          <w:sz w:val="18"/>
        </w:rPr>
        <w:t>docs\\教学\\例子</w:t>
      </w:r>
      <w:r>
        <w:rPr>
          <w:rFonts w:ascii="Microsoft YaHei" w:hAnsi="Microsoft YaHei" w:eastAsia="Microsoft YaHei"/>
          <w:sz w:val="20"/>
        </w:rPr>
        <w:t xml:space="preserve"> 装配；若以后要像 Chinese++ 那样「由模板+例子生成 + 校验脚本真跑核对」，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 xml:space="preserve">需要新增 </w:t>
      </w:r>
      <w:r>
        <w:rPr>
          <w:rFonts w:ascii="Consolas" w:hAnsi="Consolas" w:eastAsia="Consolas"/>
          <w:sz w:val="18"/>
        </w:rPr>
        <w:t>tools\\生成教学教程.py</w:t>
      </w:r>
      <w:r>
        <w:rPr>
          <w:rFonts w:ascii="Microsoft YaHei" w:hAnsi="Microsoft YaHei" w:eastAsia="Microsoft YaHei"/>
          <w:sz w:val="20"/>
        </w:rPr>
        <w:t xml:space="preserve"> 与 </w:t>
      </w:r>
      <w:r>
        <w:rPr>
          <w:rFonts w:ascii="Consolas" w:hAnsi="Consolas" w:eastAsia="Consolas"/>
          <w:sz w:val="18"/>
        </w:rPr>
        <w:t>tools\\校验教学教程.py</w:t>
      </w:r>
      <w:r>
        <w:rPr>
          <w:rFonts w:ascii="Microsoft YaHei" w:hAnsi="Microsoft YaHei" w:eastAsia="Microsoft YaHei"/>
          <w:sz w:val="20"/>
        </w:rPr>
        <w:t>（按 §12 要先拍板）。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怎么用这本教程</w:t>
      </w:r>
    </w:p>
    <w:p>
      <w:pPr>
        <w:pStyle w:val="ListNumber"/>
      </w:pPr>
      <w:r>
        <w:rPr>
          <w:rFonts w:ascii="Microsoft YaHei" w:hAnsi="Microsoft YaHei" w:eastAsia="Microsoft YaHei"/>
          <w:sz w:val="20"/>
        </w:rPr>
        <w:t>先读「第 0 课」把跑法打通。</w:t>
      </w:r>
    </w:p>
    <w:p>
      <w:pPr>
        <w:pStyle w:val="ListNumber"/>
      </w:pPr>
      <w:r>
        <w:rPr>
          <w:rFonts w:ascii="Microsoft YaHei" w:hAnsi="Microsoft YaHei" w:eastAsia="Microsoft YaHei"/>
          <w:sz w:val="20"/>
        </w:rPr>
        <w:t>每课都有一份</w:t>
      </w:r>
      <w:r>
        <w:rPr>
          <w:rFonts w:ascii="Microsoft YaHei" w:hAnsi="Microsoft YaHei" w:eastAsia="Microsoft YaHei"/>
          <w:b/>
          <w:sz w:val="20"/>
        </w:rPr>
        <w:t>能直接跑</w:t>
      </w:r>
      <w:r>
        <w:rPr>
          <w:rFonts w:ascii="Microsoft YaHei" w:hAnsi="Microsoft YaHei" w:eastAsia="Microsoft YaHei"/>
          <w:sz w:val="20"/>
        </w:rPr>
        <w:t xml:space="preserve">的例子，放在 </w:t>
      </w:r>
      <w:r>
        <w:rPr>
          <w:rFonts w:ascii="Consolas" w:hAnsi="Consolas" w:eastAsia="Consolas"/>
          <w:sz w:val="18"/>
        </w:rPr>
        <w:t>docs\\教学\\例子\\</w:t>
      </w:r>
      <w:r>
        <w:rPr>
          <w:rFonts w:ascii="Microsoft YaHei" w:hAnsi="Microsoft YaHei" w:eastAsia="Microsoft YaHei"/>
          <w:sz w:val="20"/>
        </w:rPr>
        <w:t>。</w:t>
      </w:r>
    </w:p>
    <w:p>
      <w:pPr>
        <w:pStyle w:val="ListNumber"/>
      </w:pPr>
      <w:r>
        <w:rPr>
          <w:rFonts w:ascii="Microsoft YaHei" w:hAnsi="Microsoft YaHei" w:eastAsia="Microsoft YaHei"/>
          <w:sz w:val="20"/>
        </w:rPr>
        <w:t>例子开头的注释里写了它自己的</w:t>
      </w:r>
      <w:r>
        <w:rPr>
          <w:rFonts w:ascii="Microsoft YaHei" w:hAnsi="Microsoft YaHei" w:eastAsia="Microsoft YaHei"/>
          <w:b/>
          <w:sz w:val="20"/>
        </w:rPr>
        <w:t>期望输出</w:t>
      </w:r>
      <w:r>
        <w:rPr>
          <w:rFonts w:ascii="Microsoft YaHei" w:hAnsi="Microsoft YaHei" w:eastAsia="Microsoft YaHei"/>
          <w:sz w:val="20"/>
        </w:rPr>
        <w:t xml:space="preserve"> —— 你跑出来的应当一模一样。</w:t>
      </w:r>
    </w:p>
    <w:p>
      <w:pPr>
        <w:pStyle w:val="ListNumber"/>
      </w:pPr>
      <w:r>
        <w:rPr>
          <w:rFonts w:ascii="Microsoft YaHei" w:hAnsi="Microsoft YaHei" w:eastAsia="Microsoft YaHei"/>
          <w:sz w:val="20"/>
        </w:rPr>
        <w:t>汉语写法和英文写法</w:t>
      </w:r>
      <w:r>
        <w:rPr>
          <w:rFonts w:ascii="Microsoft YaHei" w:hAnsi="Microsoft YaHei" w:eastAsia="Microsoft YaHei"/>
          <w:b/>
          <w:sz w:val="20"/>
        </w:rPr>
        <w:t>可以混着写</w:t>
      </w:r>
      <w:r>
        <w:rPr>
          <w:rFonts w:ascii="Microsoft YaHei" w:hAnsi="Microsoft YaHei" w:eastAsia="Microsoft YaHei"/>
          <w:sz w:val="20"/>
        </w:rPr>
        <w:t>，同一行里混都行。学会汉语不等于扔掉英文。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0 课 准备：装、跑</w:t>
      </w:r>
    </w:p>
    <w:p>
      <w:r>
        <w:rPr>
          <w:rFonts w:ascii="Microsoft YaHei" w:hAnsi="Microsoft YaHei" w:eastAsia="Microsoft YaHei"/>
          <w:sz w:val="21"/>
        </w:rPr>
        <w:t>发行形态是</w:t>
      </w:r>
      <w:r>
        <w:rPr>
          <w:rFonts w:ascii="Microsoft YaHei" w:hAnsi="Microsoft YaHei" w:eastAsia="Microsoft YaHei"/>
          <w:b/>
          <w:sz w:val="21"/>
        </w:rPr>
        <w:t>绿色目录</w:t>
      </w:r>
      <w:r>
        <w:rPr>
          <w:rFonts w:ascii="Microsoft YaHei" w:hAnsi="Microsoft YaHei" w:eastAsia="Microsoft YaHei"/>
          <w:sz w:val="21"/>
        </w:rPr>
        <w:t>：</w:t>
      </w:r>
      <w:r>
        <w:rPr>
          <w:rFonts w:ascii="Consolas" w:hAnsi="Consolas" w:eastAsia="Consolas"/>
          <w:sz w:val="19"/>
        </w:rPr>
        <w:t>python.exe</w:t>
      </w:r>
      <w:r>
        <w:rPr>
          <w:rFonts w:ascii="Microsoft YaHei" w:hAnsi="Microsoft YaHei" w:eastAsia="Microsoft YaHei"/>
          <w:sz w:val="21"/>
        </w:rPr>
        <w:t xml:space="preserve"> + </w:t>
      </w:r>
      <w:r>
        <w:rPr>
          <w:rFonts w:ascii="Consolas" w:hAnsi="Consolas" w:eastAsia="Consolas"/>
          <w:sz w:val="19"/>
        </w:rPr>
        <w:t>Lib\\</w:t>
      </w:r>
      <w:r>
        <w:rPr>
          <w:rFonts w:ascii="Microsoft YaHei" w:hAnsi="Microsoft YaHei" w:eastAsia="Microsoft YaHei"/>
          <w:sz w:val="21"/>
        </w:rPr>
        <w:t xml:space="preserve"> + </w:t>
      </w:r>
      <w:r>
        <w:rPr>
          <w:rFonts w:ascii="Consolas" w:hAnsi="Consolas" w:eastAsia="Consolas"/>
          <w:sz w:val="19"/>
        </w:rPr>
        <w:t>Doc\\</w:t>
      </w:r>
      <w:r>
        <w:rPr>
          <w:rFonts w:ascii="Microsoft YaHei" w:hAnsi="Microsoft YaHei" w:eastAsia="Microsoft YaHei"/>
          <w:sz w:val="21"/>
        </w:rPr>
        <w:t xml:space="preserve"> + </w:t>
      </w:r>
      <w:r>
        <w:rPr>
          <w:rFonts w:ascii="Consolas" w:hAnsi="Consolas" w:eastAsia="Consolas"/>
          <w:sz w:val="19"/>
        </w:rPr>
        <w:t>启动.cmd</w:t>
      </w:r>
      <w:r>
        <w:rPr>
          <w:rFonts w:ascii="Microsoft YaHei" w:hAnsi="Microsoft YaHei" w:eastAsia="Microsoft YaHei"/>
          <w:sz w:val="21"/>
        </w:rPr>
        <w:t>。三种跑法：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① 双击 启动.cmd（进中文 REPL；退出用 退出() 或 Ctrl+Z 回车）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② 直接跑脚本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bin\\python.exe 你的脚本.py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③ 便携单文件（Release 附件）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ChinesePython.exe 你的脚本.py</w:t>
      </w:r>
    </w:p>
    <w:p>
      <w:r>
        <w:rPr>
          <w:rFonts w:ascii="Microsoft YaHei" w:hAnsi="Microsoft YaHei" w:eastAsia="Microsoft YaHei"/>
          <w:sz w:val="21"/>
        </w:rPr>
        <w:t>一个最小程序长这样（第 1 课细讲）：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打印("你好，世界")</w:t>
      </w:r>
    </w:p>
    <w:p>
      <w:r>
        <w:rPr>
          <w:rFonts w:ascii="Microsoft YaHei" w:hAnsi="Microsoft YaHei" w:eastAsia="Microsoft YaHei"/>
          <w:b/>
          <w:sz w:val="21"/>
        </w:rPr>
        <w:t>报错显示层有三档</w:t>
      </w:r>
      <w:r>
        <w:rPr>
          <w:rFonts w:ascii="Microsoft YaHei" w:hAnsi="Microsoft YaHei" w:eastAsia="Microsoft YaHei"/>
          <w:sz w:val="21"/>
        </w:rPr>
        <w:t xml:space="preserve">（环境变量 </w:t>
      </w:r>
      <w:r>
        <w:rPr>
          <w:rFonts w:ascii="Consolas" w:hAnsi="Consolas" w:eastAsia="Consolas"/>
          <w:sz w:val="19"/>
        </w:rPr>
        <w:t>CHINESEPYTHON_ERRORS</w:t>
      </w:r>
      <w:r>
        <w:rPr>
          <w:rFonts w:ascii="Microsoft YaHei" w:hAnsi="Microsoft YaHei" w:eastAsia="Microsoft YaHei"/>
          <w:sz w:val="21"/>
        </w:rPr>
        <w:t>）：</w:t>
      </w:r>
      <w:r>
        <w:rPr>
          <w:rFonts w:ascii="Consolas" w:hAnsi="Consolas" w:eastAsia="Consolas"/>
          <w:sz w:val="19"/>
        </w:rPr>
        <w:t>zh</w:t>
      </w:r>
      <w:r>
        <w:rPr>
          <w:rFonts w:ascii="Microsoft YaHei" w:hAnsi="Microsoft YaHei" w:eastAsia="Microsoft YaHei"/>
          <w:sz w:val="21"/>
        </w:rPr>
        <w:t xml:space="preserve">（默认，中文）/ </w:t>
      </w:r>
      <w:r>
        <w:rPr>
          <w:rFonts w:ascii="Consolas" w:hAnsi="Consolas" w:eastAsia="Consolas"/>
          <w:sz w:val="19"/>
        </w:rPr>
        <w:t>en</w:t>
      </w:r>
      <w:r>
        <w:rPr>
          <w:rFonts w:ascii="Microsoft YaHei" w:hAnsi="Microsoft YaHei" w:eastAsia="Microsoft YaHei"/>
          <w:sz w:val="21"/>
        </w:rPr>
        <w:t>（100% 还原英文）/</w:t>
      </w:r>
    </w:p>
    <w:p>
      <w:r>
        <w:rPr>
          <w:rFonts w:ascii="Consolas" w:hAnsi="Consolas" w:eastAsia="Consolas"/>
          <w:sz w:val="19"/>
        </w:rPr>
        <w:t>both</w:t>
      </w:r>
      <w:r>
        <w:rPr>
          <w:rFonts w:ascii="Microsoft YaHei" w:hAnsi="Microsoft YaHei" w:eastAsia="Microsoft YaHei"/>
          <w:sz w:val="21"/>
        </w:rPr>
        <w:t xml:space="preserve">（中英并排，校对用）；但 </w:t>
      </w:r>
      <w:r>
        <w:rPr>
          <w:rFonts w:ascii="Consolas" w:hAnsi="Consolas" w:eastAsia="Consolas"/>
          <w:sz w:val="19"/>
        </w:rPr>
        <w:t>str(e)</w:t>
      </w:r>
      <w:r>
        <w:rPr>
          <w:rFonts w:ascii="Microsoft YaHei" w:hAnsi="Microsoft YaHei" w:eastAsia="Microsoft YaHei"/>
          <w:sz w:val="21"/>
        </w:rPr>
        <w:t>、</w:t>
      </w:r>
      <w:r>
        <w:rPr>
          <w:rFonts w:ascii="Consolas" w:hAnsi="Consolas" w:eastAsia="Consolas"/>
          <w:sz w:val="19"/>
        </w:rPr>
        <w:t>e.args</w:t>
      </w:r>
      <w:r>
        <w:rPr>
          <w:rFonts w:ascii="Microsoft YaHei" w:hAnsi="Microsoft YaHei" w:eastAsia="Microsoft YaHei"/>
          <w:sz w:val="21"/>
        </w:rPr>
        <w:t>、</w:t>
      </w:r>
      <w:r>
        <w:rPr>
          <w:rFonts w:ascii="Consolas" w:hAnsi="Consolas" w:eastAsia="Consolas"/>
          <w:sz w:val="19"/>
        </w:rPr>
        <w:t>type(e).__name__</w:t>
      </w:r>
      <w:r>
        <w:rPr>
          <w:rFonts w:ascii="Microsoft YaHei" w:hAnsi="Microsoft YaHei" w:eastAsia="Microsoft YaHei"/>
          <w:sz w:val="21"/>
        </w:rPr>
        <w:t xml:space="preserve"> </w:t>
      </w:r>
      <w:r>
        <w:rPr>
          <w:rFonts w:ascii="Microsoft YaHei" w:hAnsi="Microsoft YaHei" w:eastAsia="Microsoft YaHei"/>
          <w:b/>
          <w:sz w:val="21"/>
        </w:rPr>
        <w:t>永远是英文</w:t>
      </w:r>
      <w:r>
        <w:rPr>
          <w:rFonts w:ascii="Microsoft YaHei" w:hAnsi="Microsoft YaHei" w:eastAsia="Microsoft YaHei"/>
          <w:sz w:val="21"/>
        </w:rPr>
        <w:t>，</w:t>
      </w:r>
    </w:p>
    <w:p>
      <w:r>
        <w:rPr>
          <w:rFonts w:ascii="Microsoft YaHei" w:hAnsi="Microsoft YaHei" w:eastAsia="Microsoft YaHei"/>
          <w:sz w:val="21"/>
        </w:rPr>
        <w:t>第三方库、日志、</w:t>
      </w:r>
      <w:r>
        <w:rPr>
          <w:rFonts w:ascii="Consolas" w:hAnsi="Consolas" w:eastAsia="Consolas"/>
          <w:sz w:val="19"/>
        </w:rPr>
        <w:t>except</w:t>
      </w:r>
      <w:r>
        <w:rPr>
          <w:rFonts w:ascii="Microsoft YaHei" w:hAnsi="Microsoft YaHei" w:eastAsia="Microsoft YaHei"/>
          <w:sz w:val="21"/>
        </w:rPr>
        <w:t xml:space="preserve"> 判断都不受影响。</w:t>
      </w:r>
    </w:p>
    <w:p>
      <w:r>
        <w:rPr>
          <w:rFonts w:ascii="Microsoft YaHei" w:hAnsi="Microsoft YaHei" w:eastAsia="Microsoft YaHei"/>
          <w:b/>
          <w:sz w:val="21"/>
        </w:rPr>
        <w:t>想知道手里这份是哪一份</w:t>
      </w:r>
      <w:r>
        <w:rPr>
          <w:rFonts w:ascii="Microsoft YaHei" w:hAnsi="Microsoft YaHei" w:eastAsia="Microsoft YaHei"/>
          <w:sz w:val="21"/>
        </w:rPr>
        <w:t>：</w:t>
      </w:r>
      <w:r>
        <w:rPr>
          <w:rFonts w:ascii="Consolas" w:hAnsi="Consolas" w:eastAsia="Consolas"/>
          <w:sz w:val="19"/>
        </w:rPr>
        <w:t>python --build-info</w:t>
      </w:r>
      <w:r>
        <w:rPr>
          <w:rFonts w:ascii="Microsoft YaHei" w:hAnsi="Microsoft YaHei" w:eastAsia="Microsoft YaHei"/>
          <w:sz w:val="21"/>
        </w:rPr>
        <w:t xml:space="preserve">（全量改动文件的联合哈希 + </w:t>
      </w:r>
      <w:r>
        <w:rPr>
          <w:rFonts w:ascii="Consolas" w:hAnsi="Consolas" w:eastAsia="Consolas"/>
          <w:sz w:val="19"/>
        </w:rPr>
        <w:t>python314.dll</w:t>
      </w:r>
      <w:r>
        <w:rPr>
          <w:rFonts w:ascii="Microsoft YaHei" w:hAnsi="Microsoft YaHei" w:eastAsia="Microsoft YaHei"/>
          <w:sz w:val="21"/>
        </w:rPr>
        <w:t xml:space="preserve"> 实测 SHA-256 + 两仓 HEAD）。</w:t>
      </w:r>
    </w:p>
    <w:p>
      <w:pPr>
        <w:spacing w:after="40"/>
      </w:pPr>
    </w:p>
    <w:p>
      <w:r>
        <w:rPr>
          <w:rFonts w:ascii="Microsoft YaHei" w:hAnsi="Microsoft YaHei" w:eastAsia="Microsoft YaHei"/>
          <w:sz w:val="21"/>
        </w:rPr>
        <w:t xml:space="preserve">（以下第 1～10 课由 </w:t>
      </w:r>
      <w:r>
        <w:rPr>
          <w:rFonts w:ascii="Consolas" w:hAnsi="Consolas" w:eastAsia="Consolas"/>
          <w:sz w:val="19"/>
        </w:rPr>
        <w:t>docs\教学\例子\*.py</w:t>
      </w:r>
      <w:r>
        <w:rPr>
          <w:rFonts w:ascii="Microsoft YaHei" w:hAnsi="Microsoft YaHei" w:eastAsia="Microsoft YaHei"/>
          <w:sz w:val="21"/>
        </w:rPr>
        <w:t xml:space="preserve"> 装配；每课都附该例子的真源码与真输出。）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1 课 程序骨架 —— 一行中文 Python 的最小样子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本课关键字（括号里是对应的英文）：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本课可用名字：长度(len)、取类型(type)、字符串(str)、整数(int)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例子的真源码（`docs\教学\例子\01-骨架.py`）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打印("你好，世界")                 # 打印 = print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定义 打招呼(名字):                 # 定义 = def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返回 "你好，" + 名字            # 返回 = return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打印(打招呼("汉语编程"))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打印("长度：", 长度([1, 2, 3]))     # 长度 = len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打印("类型：", 取类型(1).__name__, 取类型("甲").__name__)   # 取类型 = type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操作系统 作为 操              # 导入 = import；作为 = as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打印("模块真名：", 操.__name__)      # 中文名模块的 __name__ 就是中文名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你好，世界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你好，汉语编程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长度： 3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类型： int str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模块真名： 操作系统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井号后面是注释，解释器不看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Consolas" w:hAnsi="Consolas" w:eastAsia="Consolas"/>
          <w:sz w:val="19"/>
        </w:rPr>
        <w:t>打印</w:t>
      </w:r>
      <w:r>
        <w:rPr>
          <w:rFonts w:ascii="Microsoft YaHei" w:hAnsi="Microsoft YaHei" w:eastAsia="Microsoft YaHei"/>
          <w:sz w:val="21"/>
        </w:rPr>
        <w:t xml:space="preserve"> 就是 </w:t>
      </w:r>
      <w:r>
        <w:rPr>
          <w:rFonts w:ascii="Consolas" w:hAnsi="Consolas" w:eastAsia="Consolas"/>
          <w:sz w:val="19"/>
        </w:rPr>
        <w:t>print</w:t>
      </w:r>
      <w:r>
        <w:rPr>
          <w:rFonts w:ascii="Microsoft YaHei" w:hAnsi="Microsoft YaHei" w:eastAsia="Microsoft YaHei"/>
          <w:sz w:val="21"/>
        </w:rPr>
        <w:t>，圆括号、引号、注释（</w:t>
      </w:r>
      <w:r>
        <w:rPr>
          <w:rFonts w:ascii="Consolas" w:hAnsi="Consolas" w:eastAsia="Consolas"/>
          <w:sz w:val="19"/>
        </w:rPr>
        <w:t>#</w:t>
      </w:r>
      <w:r>
        <w:rPr>
          <w:rFonts w:ascii="Microsoft YaHei" w:hAnsi="Microsoft YaHei" w:eastAsia="Microsoft YaHei"/>
          <w:sz w:val="21"/>
        </w:rPr>
        <w:t>）全是 Python 原样；</w:t>
      </w:r>
      <w:r>
        <w:rPr>
          <w:rFonts w:ascii="Consolas" w:hAnsi="Consolas" w:eastAsia="Consolas"/>
          <w:sz w:val="19"/>
        </w:rPr>
        <w:t>定义/返回</w:t>
      </w:r>
      <w:r>
        <w:rPr>
          <w:rFonts w:ascii="Microsoft YaHei" w:hAnsi="Microsoft YaHei" w:eastAsia="Microsoft YaHei"/>
          <w:sz w:val="21"/>
        </w:rPr>
        <w:t xml:space="preserve"> 是 </w:t>
      </w:r>
      <w:r>
        <w:rPr>
          <w:rFonts w:ascii="Consolas" w:hAnsi="Consolas" w:eastAsia="Consolas"/>
          <w:sz w:val="19"/>
        </w:rPr>
        <w:t>def/return</w:t>
      </w:r>
      <w:r>
        <w:rPr>
          <w:rFonts w:ascii="Microsoft YaHei" w:hAnsi="Microsoft YaHei" w:eastAsia="Microsoft YaHei"/>
          <w:sz w:val="21"/>
        </w:rPr>
        <w:t>。</w:t>
      </w:r>
      <w:r>
        <w:rPr>
          <w:rFonts w:ascii="Microsoft YaHei" w:hAnsi="Microsoft YaHei" w:eastAsia="Microsoft YaHei"/>
          <w:b/>
          <w:sz w:val="21"/>
        </w:rPr>
        <w:t>中英可以混写</w:t>
      </w:r>
      <w:r>
        <w:rPr>
          <w:rFonts w:ascii="Microsoft YaHei" w:hAnsi="Microsoft YaHei" w:eastAsia="Microsoft YaHei"/>
          <w:sz w:val="21"/>
        </w:rPr>
        <w:t>：</w:t>
      </w:r>
      <w:r>
        <w:rPr>
          <w:rFonts w:ascii="Consolas" w:hAnsi="Consolas" w:eastAsia="Consolas"/>
          <w:sz w:val="19"/>
        </w:rPr>
        <w:t>print(打招呼("甲"))</w:t>
      </w:r>
      <w:r>
        <w:rPr>
          <w:rFonts w:ascii="Microsoft YaHei" w:hAnsi="Microsoft YaHei" w:eastAsia="Microsoft YaHei"/>
          <w:sz w:val="21"/>
        </w:rPr>
        <w:t xml:space="preserve"> 与 </w:t>
      </w:r>
      <w:r>
        <w:rPr>
          <w:rFonts w:ascii="Consolas" w:hAnsi="Consolas" w:eastAsia="Consolas"/>
          <w:sz w:val="19"/>
        </w:rPr>
        <w:t>打印(打招呼("甲"))</w:t>
      </w:r>
      <w:r>
        <w:rPr>
          <w:rFonts w:ascii="Microsoft YaHei" w:hAnsi="Microsoft YaHei" w:eastAsia="Microsoft YaHei"/>
          <w:sz w:val="21"/>
        </w:rPr>
        <w:t xml:space="preserve"> 等价。注意中文名模块的 </w:t>
      </w:r>
      <w:r>
        <w:rPr>
          <w:rFonts w:ascii="Consolas" w:hAnsi="Consolas" w:eastAsia="Consolas"/>
          <w:sz w:val="19"/>
        </w:rPr>
        <w:t>__name__</w:t>
      </w:r>
      <w:r>
        <w:rPr>
          <w:rFonts w:ascii="Microsoft YaHei" w:hAnsi="Microsoft YaHei" w:eastAsia="Microsoft YaHei"/>
          <w:sz w:val="21"/>
        </w:rPr>
        <w:t xml:space="preserve"> 就是中文名（</w:t>
      </w:r>
      <w:r>
        <w:rPr>
          <w:rFonts w:ascii="Consolas" w:hAnsi="Consolas" w:eastAsia="Consolas"/>
          <w:sz w:val="19"/>
        </w:rPr>
        <w:t>操作系统</w:t>
      </w:r>
      <w:r>
        <w:rPr>
          <w:rFonts w:ascii="Microsoft YaHei" w:hAnsi="Microsoft YaHei" w:eastAsia="Microsoft YaHei"/>
          <w:sz w:val="21"/>
        </w:rPr>
        <w:t xml:space="preserve">），不是 </w:t>
      </w:r>
      <w:r>
        <w:rPr>
          <w:rFonts w:ascii="Consolas" w:hAnsi="Consolas" w:eastAsia="Consolas"/>
          <w:sz w:val="19"/>
        </w:rPr>
        <w:t>os</w:t>
      </w:r>
      <w:r>
        <w:rPr>
          <w:rFonts w:ascii="Microsoft YaHei" w:hAnsi="Microsoft YaHei" w:eastAsia="Microsoft YaHei"/>
          <w:sz w:val="21"/>
        </w:rPr>
        <w:t>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打印一句自我介绍。② 定义 </w:t>
      </w:r>
      <w:r>
        <w:rPr>
          <w:rFonts w:ascii="Consolas" w:hAnsi="Consolas" w:eastAsia="Consolas"/>
          <w:sz w:val="19"/>
        </w:rPr>
        <w:t>相加(甲, 乙)</w:t>
      </w:r>
      <w:r>
        <w:rPr>
          <w:rFonts w:ascii="Microsoft YaHei" w:hAnsi="Microsoft YaHei" w:eastAsia="Microsoft YaHei"/>
          <w:sz w:val="21"/>
        </w:rPr>
        <w:t xml:space="preserve"> 并打印 </w:t>
      </w:r>
      <w:r>
        <w:rPr>
          <w:rFonts w:ascii="Consolas" w:hAnsi="Consolas" w:eastAsia="Consolas"/>
          <w:sz w:val="19"/>
        </w:rPr>
        <w:t>相加(3, 4)</w:t>
      </w:r>
      <w:r>
        <w:rPr>
          <w:rFonts w:ascii="Microsoft YaHei" w:hAnsi="Microsoft YaHei" w:eastAsia="Microsoft YaHei"/>
          <w:sz w:val="21"/>
        </w:rPr>
        <w:t xml:space="preserve">。③ 把 </w:t>
      </w:r>
      <w:r>
        <w:rPr>
          <w:rFonts w:ascii="Consolas" w:hAnsi="Consolas" w:eastAsia="Consolas"/>
          <w:sz w:val="19"/>
        </w:rPr>
        <w:t>定义</w:t>
      </w:r>
      <w:r>
        <w:rPr>
          <w:rFonts w:ascii="Microsoft YaHei" w:hAnsi="Microsoft YaHei" w:eastAsia="Microsoft YaHei"/>
          <w:sz w:val="21"/>
        </w:rPr>
        <w:t xml:space="preserve"> 改成 </w:t>
      </w:r>
      <w:r>
        <w:rPr>
          <w:rFonts w:ascii="Consolas" w:hAnsi="Consolas" w:eastAsia="Consolas"/>
          <w:sz w:val="19"/>
        </w:rPr>
        <w:t>def</w:t>
      </w:r>
      <w:r>
        <w:rPr>
          <w:rFonts w:ascii="Microsoft YaHei" w:hAnsi="Microsoft YaHei" w:eastAsia="Microsoft YaHei"/>
          <w:sz w:val="21"/>
        </w:rPr>
        <w:t xml:space="preserve"> 再跑一遍，输出应当完全一样。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2 课 变量与类型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本课关键字：定义(def) 返回(return) 空值(None) 真值/假值(True/False) 打印(print)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本课可用名字：整数 浮点数 字符串 布尔 列表 字典 元组 集合 长度 取类型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例子的真源码（`docs\教学\例子\02-变量与类型.py`）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甲 = 42                        # 整数 = int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乙 = 3.5                       # 浮点数 = float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丙 = "汉语"                    # 字符串 = str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丁 = 真值                      # 布尔 = bool（真值 = True、假值 = False）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空 = 空值                      # 空值 = None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打印(甲, 乙, 丙, 丁, 空)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打印("类型：", 取类型(甲).__name__, 取类型(乙).__name__, 取类型(丙).__name__, 取类型(丁).__name__, 取类型(空).__name__)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列表甲 = [3, 1, 2]             # 列表 = list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字典甲 = {"甲": 1, "乙": 2}     # 字典 = dict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元组甲 = (1, 2, 3)             # 元组 = tuple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集合甲 = {1, 2, 3}             # 集合 = set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打印(列表甲, 字典甲, 元组甲, 集合甲)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打印("取下标：", 列表甲[0], 元组甲[2], 字典甲["乙"])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打印("切片：", 列表甲[0:2])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打印("长度：", 长度(列表甲), 长度(字典甲))       # 长度 = len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类型转换（整数 = int、浮点数 = float、字符串 = str）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打印(整数("42") + 1, 浮点数("1.5"), 字符串(42) + "!")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f-string：花括号里照样能写中文名字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打印(f"{丙}Python，{甲 + 1}")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常用方法：中文名与英文名指的是同一个方法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列表甲.追加(9)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列表甲.排序()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打印("追加并排序后：", 列表甲)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打印("切分：", "甲,乙,丙".切分(","))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打印("替换后：", "甲乙".替换("乙", "丙"))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打印("大写/去空白：", "汉字".转大写(), " 乙 ".去两端空白())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42 3.5 汉语 True None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类型： int float str bool NoneType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[3, 1, 2] {'甲': 1, '乙': 2} (1, 2, 3) {1, 2, 3}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取下标： 3 3 2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切片： [3, 1]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长度： 3 2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43 1.5 42!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汉语Python，43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追加并排序后： [1, 2, 3, 9]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切分： ['甲', '乙', '丙']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替换后： 甲丙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大写/去空白： 汉字 乙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Microsoft YaHei" w:hAnsi="Microsoft YaHei" w:eastAsia="Microsoft YaHei"/>
          <w:sz w:val="21"/>
        </w:rPr>
        <w:t>类型名只是别名：</w:t>
      </w:r>
      <w:r>
        <w:rPr>
          <w:rFonts w:ascii="Consolas" w:hAnsi="Consolas" w:eastAsia="Consolas"/>
          <w:sz w:val="19"/>
        </w:rPr>
        <w:t>取类型(...).__name__</w:t>
      </w:r>
      <w:r>
        <w:rPr>
          <w:rFonts w:ascii="Microsoft YaHei" w:hAnsi="Microsoft YaHei" w:eastAsia="Microsoft YaHei"/>
          <w:sz w:val="21"/>
        </w:rPr>
        <w:t xml:space="preserve"> 打出来的仍是英文 </w:t>
      </w:r>
      <w:r>
        <w:rPr>
          <w:rFonts w:ascii="Consolas" w:hAnsi="Consolas" w:eastAsia="Consolas"/>
          <w:sz w:val="19"/>
        </w:rPr>
        <w:t>int/str/list</w:t>
      </w:r>
      <w:r>
        <w:rPr>
          <w:rFonts w:ascii="Microsoft YaHei" w:hAnsi="Microsoft YaHei" w:eastAsia="Microsoft YaHei"/>
          <w:sz w:val="21"/>
        </w:rPr>
        <w:t>（这保证第三方库、</w:t>
      </w:r>
      <w:r>
        <w:rPr>
          <w:rFonts w:ascii="Consolas" w:hAnsi="Consolas" w:eastAsia="Consolas"/>
          <w:sz w:val="19"/>
        </w:rPr>
        <w:t>isinstance</w:t>
      </w:r>
      <w:r>
        <w:rPr>
          <w:rFonts w:ascii="Microsoft YaHei" w:hAnsi="Microsoft YaHei" w:eastAsia="Microsoft YaHei"/>
          <w:sz w:val="21"/>
        </w:rPr>
        <w:t xml:space="preserve"> 判断全不受影响）。f-string 的 </w:t>
      </w:r>
      <w:r>
        <w:rPr>
          <w:rFonts w:ascii="Consolas" w:hAnsi="Consolas" w:eastAsia="Consolas"/>
          <w:sz w:val="19"/>
        </w:rPr>
        <w:t>{}</w:t>
      </w:r>
      <w:r>
        <w:rPr>
          <w:rFonts w:ascii="Microsoft YaHei" w:hAnsi="Microsoft YaHei" w:eastAsia="Microsoft YaHei"/>
          <w:sz w:val="21"/>
        </w:rPr>
        <w:t xml:space="preserve"> 里照样能写中文名字。方法也是别名：</w:t>
      </w:r>
      <w:r>
        <w:rPr>
          <w:rFonts w:ascii="Consolas" w:hAnsi="Consolas" w:eastAsia="Consolas"/>
          <w:sz w:val="19"/>
        </w:rPr>
        <w:t>追加</w:t>
      </w:r>
      <w:r>
        <w:rPr>
          <w:rFonts w:ascii="Microsoft YaHei" w:hAnsi="Microsoft YaHei" w:eastAsia="Microsoft YaHei"/>
          <w:sz w:val="21"/>
        </w:rPr>
        <w:t xml:space="preserve"> = </w:t>
      </w:r>
      <w:r>
        <w:rPr>
          <w:rFonts w:ascii="Consolas" w:hAnsi="Consolas" w:eastAsia="Consolas"/>
          <w:sz w:val="19"/>
        </w:rPr>
        <w:t>append</w:t>
      </w:r>
      <w:r>
        <w:rPr>
          <w:rFonts w:ascii="Microsoft YaHei" w:hAnsi="Microsoft YaHei" w:eastAsia="Microsoft YaHei"/>
          <w:sz w:val="21"/>
        </w:rPr>
        <w:t>、</w:t>
      </w:r>
      <w:r>
        <w:rPr>
          <w:rFonts w:ascii="Consolas" w:hAnsi="Consolas" w:eastAsia="Consolas"/>
          <w:sz w:val="19"/>
        </w:rPr>
        <w:t>切分</w:t>
      </w:r>
      <w:r>
        <w:rPr>
          <w:rFonts w:ascii="Microsoft YaHei" w:hAnsi="Microsoft YaHei" w:eastAsia="Microsoft YaHei"/>
          <w:sz w:val="21"/>
        </w:rPr>
        <w:t xml:space="preserve"> = </w:t>
      </w:r>
      <w:r>
        <w:rPr>
          <w:rFonts w:ascii="Consolas" w:hAnsi="Consolas" w:eastAsia="Consolas"/>
          <w:sz w:val="19"/>
        </w:rPr>
        <w:t>split</w:t>
      </w:r>
      <w:r>
        <w:rPr>
          <w:rFonts w:ascii="Microsoft YaHei" w:hAnsi="Microsoft YaHei" w:eastAsia="Microsoft YaHei"/>
          <w:sz w:val="21"/>
        </w:rPr>
        <w:t>、</w:t>
      </w:r>
      <w:r>
        <w:rPr>
          <w:rFonts w:ascii="Consolas" w:hAnsi="Consolas" w:eastAsia="Consolas"/>
          <w:sz w:val="19"/>
        </w:rPr>
        <w:t>替换</w:t>
      </w:r>
      <w:r>
        <w:rPr>
          <w:rFonts w:ascii="Microsoft YaHei" w:hAnsi="Microsoft YaHei" w:eastAsia="Microsoft YaHei"/>
          <w:sz w:val="21"/>
        </w:rPr>
        <w:t xml:space="preserve"> = </w:t>
      </w:r>
      <w:r>
        <w:rPr>
          <w:rFonts w:ascii="Consolas" w:hAnsi="Consolas" w:eastAsia="Consolas"/>
          <w:sz w:val="19"/>
        </w:rPr>
        <w:t>replace</w:t>
      </w:r>
      <w:r>
        <w:rPr>
          <w:rFonts w:ascii="Microsoft YaHei" w:hAnsi="Microsoft YaHei" w:eastAsia="Microsoft YaHei"/>
          <w:sz w:val="21"/>
        </w:rPr>
        <w:t>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把 3 个数字放进列表，用 </w:t>
      </w:r>
      <w:r>
        <w:rPr>
          <w:rFonts w:ascii="Consolas" w:hAnsi="Consolas" w:eastAsia="Consolas"/>
          <w:sz w:val="19"/>
        </w:rPr>
        <w:t>求和</w:t>
      </w:r>
      <w:r>
        <w:rPr>
          <w:rFonts w:ascii="Microsoft YaHei" w:hAnsi="Microsoft YaHei" w:eastAsia="Microsoft YaHei"/>
          <w:sz w:val="21"/>
        </w:rPr>
        <w:t xml:space="preserve"> 求总和。② 用 f-string 打印「我叫某某，今年几岁」。③ 让 </w:t>
      </w:r>
      <w:r>
        <w:rPr>
          <w:rFonts w:ascii="Consolas" w:hAnsi="Consolas" w:eastAsia="Consolas"/>
          <w:sz w:val="19"/>
        </w:rPr>
        <w:t>" 甲,乙 ".去两端空白().切分(",")</w:t>
      </w:r>
      <w:r>
        <w:rPr>
          <w:rFonts w:ascii="Microsoft YaHei" w:hAnsi="Microsoft YaHei" w:eastAsia="Microsoft YaHei"/>
          <w:sz w:val="21"/>
        </w:rPr>
        <w:t xml:space="preserve"> 得到 </w:t>
      </w:r>
      <w:r>
        <w:rPr>
          <w:rFonts w:ascii="Consolas" w:hAnsi="Consolas" w:eastAsia="Consolas"/>
          <w:sz w:val="19"/>
        </w:rPr>
        <w:t>['甲', '乙']</w:t>
      </w:r>
      <w:r>
        <w:rPr>
          <w:rFonts w:ascii="Microsoft YaHei" w:hAnsi="Microsoft YaHei" w:eastAsia="Microsoft YaHei"/>
          <w:sz w:val="21"/>
        </w:rPr>
        <w:t>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3 课 运算与表达式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本课关键字（有英文词形的才翻；纯符号的保持符号）：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本课可用名字：打印 列表 求和(sum) 最大(max) 最小(min) 排序(sorted)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例子的真源码（`docs\教学\例子\03-运算与表达式.py`）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甲 = 7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乙 = 2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打印("加减乘：", 甲 + 乙, 甲 - 乙, 甲 * 乙)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打印("除与整除：", 甲 / 乙, 甲 // 乙)          # / 得浮点，// 是整除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打印("取余与乘方：", 甲 % 乙, 甲 ** 乙)         # % 取余、** 乘方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打印("比较：", 甲 &gt; 乙, 甲 == 乙, 甲 != 乙)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打印("区间比较（可以连着写）：", 1 &lt; 乙 &lt; 甲)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逻辑：并且 = and、或者 = or、并非 = not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打印("逻辑：", 真值 并且 并非 假值, 假值 或者 真值, 并非 假值)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属于 = in、等同 = is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列表甲 = [1, 2, 3]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打印("属于：", 2 属于 列表甲, 9 属于 列表甲)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打印("等同（是不是同一个对象）：", 列表甲 等同 列表甲, [1] 等同 [1])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位运算只有符号、没有英文词形 ⇒ 不翻，保持符号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打印("位运算：", 6 &amp; 3, 6 | 3, 6 ^ 3, 1 &lt;&lt; 3)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聚合函数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打印("聚合：", 求和(列表甲), 最大(列表甲), 最小(列表甲), 排序(列表甲, 反向=真值))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加减乘： 9 5 14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除与整除： 3.5 3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取余与乘方： 1 49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比较： True False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区间比较（可以连着写）：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逻辑： True True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属于： True False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等同（是不是同一个对象）： True False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位运算： 2 7 5 8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聚合： 6 3 1 [3, 2, 1]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Microsoft YaHei" w:hAnsi="Microsoft YaHei" w:eastAsia="Microsoft YaHei"/>
          <w:b/>
          <w:sz w:val="21"/>
        </w:rPr>
        <w:t>只有「有英文词形」的运算符才翻</w:t>
      </w:r>
      <w:r>
        <w:rPr>
          <w:rFonts w:ascii="Microsoft YaHei" w:hAnsi="Microsoft YaHei" w:eastAsia="Microsoft YaHei"/>
          <w:sz w:val="21"/>
        </w:rPr>
        <w:t>：</w:t>
      </w:r>
      <w:r>
        <w:rPr>
          <w:rFonts w:ascii="Consolas" w:hAnsi="Consolas" w:eastAsia="Consolas"/>
          <w:sz w:val="19"/>
        </w:rPr>
        <w:t>并且/或者/并非/属于/等同</w:t>
      </w:r>
      <w:r>
        <w:rPr>
          <w:rFonts w:ascii="Microsoft YaHei" w:hAnsi="Microsoft YaHei" w:eastAsia="Microsoft YaHei"/>
          <w:sz w:val="21"/>
        </w:rPr>
        <w:t>。纯符号（</w:t>
      </w:r>
      <w:r>
        <w:rPr>
          <w:rFonts w:ascii="Consolas" w:hAnsi="Consolas" w:eastAsia="Consolas"/>
          <w:sz w:val="19"/>
        </w:rPr>
        <w:t>+ - * / // % ** &amp; | ^ &lt;&lt; ==</w:t>
      </w:r>
      <w:r>
        <w:rPr>
          <w:rFonts w:ascii="Microsoft YaHei" w:hAnsi="Microsoft YaHei" w:eastAsia="Microsoft YaHei"/>
          <w:sz w:val="21"/>
        </w:rPr>
        <w:t>）保持符号。</w:t>
      </w:r>
      <w:r>
        <w:rPr>
          <w:rFonts w:ascii="Consolas" w:hAnsi="Consolas" w:eastAsia="Consolas"/>
          <w:sz w:val="19"/>
        </w:rPr>
        <w:t>==</w:t>
      </w:r>
      <w:r>
        <w:rPr>
          <w:rFonts w:ascii="Microsoft YaHei" w:hAnsi="Microsoft YaHei" w:eastAsia="Microsoft YaHei"/>
          <w:sz w:val="21"/>
        </w:rPr>
        <w:t xml:space="preserve"> 比的是值、</w:t>
      </w:r>
      <w:r>
        <w:rPr>
          <w:rFonts w:ascii="Consolas" w:hAnsi="Consolas" w:eastAsia="Consolas"/>
          <w:sz w:val="19"/>
        </w:rPr>
        <w:t>等同</w:t>
      </w:r>
      <w:r>
        <w:rPr>
          <w:rFonts w:ascii="Microsoft YaHei" w:hAnsi="Microsoft YaHei" w:eastAsia="Microsoft YaHei"/>
          <w:sz w:val="21"/>
        </w:rPr>
        <w:t>(is) 比的是「是不是同一个对象」——这两件事别混。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判断一个数是不是偶数（用 </w:t>
      </w:r>
      <w:r>
        <w:rPr>
          <w:rFonts w:ascii="Consolas" w:hAnsi="Consolas" w:eastAsia="Consolas"/>
          <w:sz w:val="19"/>
        </w:rPr>
        <w:t>%</w:t>
      </w:r>
      <w:r>
        <w:rPr>
          <w:rFonts w:ascii="Microsoft YaHei" w:hAnsi="Microsoft YaHei" w:eastAsia="Microsoft YaHei"/>
          <w:sz w:val="21"/>
        </w:rPr>
        <w:t xml:space="preserve">）。② 用 </w:t>
      </w:r>
      <w:r>
        <w:rPr>
          <w:rFonts w:ascii="Consolas" w:hAnsi="Consolas" w:eastAsia="Consolas"/>
          <w:sz w:val="19"/>
        </w:rPr>
        <w:t>属于</w:t>
      </w:r>
      <w:r>
        <w:rPr>
          <w:rFonts w:ascii="Microsoft YaHei" w:hAnsi="Microsoft YaHei" w:eastAsia="Microsoft YaHei"/>
          <w:sz w:val="21"/>
        </w:rPr>
        <w:t xml:space="preserve"> 判断某个字是否在字符串里。③ 比较 </w:t>
      </w:r>
      <w:r>
        <w:rPr>
          <w:rFonts w:ascii="Consolas" w:hAnsi="Consolas" w:eastAsia="Consolas"/>
          <w:sz w:val="19"/>
        </w:rPr>
        <w:t>[1] == [1]</w:t>
      </w:r>
      <w:r>
        <w:rPr>
          <w:rFonts w:ascii="Microsoft YaHei" w:hAnsi="Microsoft YaHei" w:eastAsia="Microsoft YaHei"/>
          <w:sz w:val="21"/>
        </w:rPr>
        <w:t xml:space="preserve"> 与 </w:t>
      </w:r>
      <w:r>
        <w:rPr>
          <w:rFonts w:ascii="Consolas" w:hAnsi="Consolas" w:eastAsia="Consolas"/>
          <w:sz w:val="19"/>
        </w:rPr>
        <w:t>[1] 等同 [1]</w:t>
      </w:r>
      <w:r>
        <w:rPr>
          <w:rFonts w:ascii="Microsoft YaHei" w:hAnsi="Microsoft YaHei" w:eastAsia="Microsoft YaHei"/>
          <w:sz w:val="21"/>
        </w:rPr>
        <w:t xml:space="preserve"> 的结果并解释。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4 课 分支与循环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本课关键字：如果(if) 否则如果(elif) 否则(else) 对于(for) 属于(in) 每当(while)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本课可用名字：范围(range) 编号(enumerate) 列表(list) 追加(list.append) 打印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例子的真源码（`docs\教学\例子\04-分支与循环.py`）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分数 = 75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如果 分数 &gt;= 60:                        # 如果 = if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打印("及格")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否则如果 分数 &gt; 100:                    # 否则如果 = elif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打印("分数不合法")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否则:                                   # 否则 = else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打印("不及格")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打印("—— 对于 循环 ——")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累加 = 0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对于 甲 属于 范围(1, 5):                 # 对于 = for；属于 = in；范围 = range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累加 = 累加 + 甲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打印("1 到 4 的和：", 累加)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打印("—— 跳出 与 跳过 ——")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留下的 = []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对于 甲 属于 范围(10):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如果 甲 == 5: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跳出                            # 跳出 = break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如果 甲 % 2 == 0: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跳过                            # 跳过 = continue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留下的.追加(甲)                      # 追加 = list.append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打印("留下的奇数：", 留下的)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打印("—— 每当 循环 ——")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遍 = 0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每当 遍 &lt; 3:                            # 每当 = while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遍 = 遍 + 1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打印("遍数：", 遍)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打印("—— 推导式 与 匿名函数 ——")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平方表 = [甲 * 甲 对于 甲 属于 范围(5)]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打印("平方表：", 平方表)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双倍 = 匿名函数 甲: 甲 * 2               # 匿名函数 = lambda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打印("映射：", [双倍(甲) 对于 甲 属于 范围(3)])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打印("带条件：", [甲 对于 甲 属于 范围(6) 如果 甲 % 2 == 1])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打印("—— 编号 与 匹配 ——")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对于 序号, 值 属于 编号(["甲", "乙"]):    # 编号 = enumerate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打印(序号, 值)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匹配 2:                                  # 匹配 = match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情形 1:                              # 情形 = case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打印("一")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情形 2: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打印("二")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情形 _: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打印("其他")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及格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—— 对于 循环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1 到 4 的和： 10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—— 跳出 与 跳过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留下的奇数： [1, 3]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—— 每当 循环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遍数： 3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—— 推导式 与 匿名函数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平方表： [0, 1, 4, 9, 16]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映射： [0, 2, 4]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带条件： [1, 3, 5]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—— 编号 与 匹配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0 甲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1 乙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二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Microsoft YaHei" w:hAnsi="Microsoft YaHei" w:eastAsia="Microsoft YaHei"/>
          <w:sz w:val="21"/>
        </w:rPr>
        <w:t>Python 用</w:t>
      </w:r>
      <w:r>
        <w:rPr>
          <w:rFonts w:ascii="Microsoft YaHei" w:hAnsi="Microsoft YaHei" w:eastAsia="Microsoft YaHei"/>
          <w:b/>
          <w:sz w:val="21"/>
        </w:rPr>
        <w:t>缩进</w:t>
      </w:r>
      <w:r>
        <w:rPr>
          <w:rFonts w:ascii="Microsoft YaHei" w:hAnsi="Microsoft YaHei" w:eastAsia="Microsoft YaHei"/>
          <w:sz w:val="21"/>
        </w:rPr>
        <w:t>当语法，没有大括号；</w:t>
      </w:r>
      <w:r>
        <w:rPr>
          <w:rFonts w:ascii="Consolas" w:hAnsi="Consolas" w:eastAsia="Consolas"/>
          <w:sz w:val="19"/>
        </w:rPr>
        <w:t>如果/否则如果/否则</w:t>
      </w:r>
      <w:r>
        <w:rPr>
          <w:rFonts w:ascii="Microsoft YaHei" w:hAnsi="Microsoft YaHei" w:eastAsia="Microsoft YaHei"/>
          <w:sz w:val="21"/>
        </w:rPr>
        <w:t xml:space="preserve"> 每个分支后面是冒号。推导式、</w:t>
      </w:r>
      <w:r>
        <w:rPr>
          <w:rFonts w:ascii="Consolas" w:hAnsi="Consolas" w:eastAsia="Consolas"/>
          <w:sz w:val="19"/>
        </w:rPr>
        <w:t>编号</w:t>
      </w:r>
      <w:r>
        <w:rPr>
          <w:rFonts w:ascii="Microsoft YaHei" w:hAnsi="Microsoft YaHei" w:eastAsia="Microsoft YaHei"/>
          <w:sz w:val="21"/>
        </w:rPr>
        <w:t>(enumerate)、</w:t>
      </w:r>
      <w:r>
        <w:rPr>
          <w:rFonts w:ascii="Consolas" w:hAnsi="Consolas" w:eastAsia="Consolas"/>
          <w:sz w:val="19"/>
        </w:rPr>
        <w:t>匹配/情形</w:t>
      </w:r>
      <w:r>
        <w:rPr>
          <w:rFonts w:ascii="Microsoft YaHei" w:hAnsi="Microsoft YaHei" w:eastAsia="Microsoft YaHei"/>
          <w:sz w:val="21"/>
        </w:rPr>
        <w:t>(match/case) 都能用中文写。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打印 1..20 里能被 3 整除的数。② 用 </w:t>
      </w:r>
      <w:r>
        <w:rPr>
          <w:rFonts w:ascii="Consolas" w:hAnsi="Consolas" w:eastAsia="Consolas"/>
          <w:sz w:val="19"/>
        </w:rPr>
        <w:t>每当</w:t>
      </w:r>
      <w:r>
        <w:rPr>
          <w:rFonts w:ascii="Microsoft YaHei" w:hAnsi="Microsoft YaHei" w:eastAsia="Microsoft YaHei"/>
          <w:sz w:val="21"/>
        </w:rPr>
        <w:t xml:space="preserve"> 求 1..100 的和。③ 用 </w:t>
      </w:r>
      <w:r>
        <w:rPr>
          <w:rFonts w:ascii="Consolas" w:hAnsi="Consolas" w:eastAsia="Consolas"/>
          <w:sz w:val="19"/>
        </w:rPr>
        <w:t>匹配</w:t>
      </w:r>
      <w:r>
        <w:rPr>
          <w:rFonts w:ascii="Microsoft YaHei" w:hAnsi="Microsoft YaHei" w:eastAsia="Microsoft YaHei"/>
          <w:sz w:val="21"/>
        </w:rPr>
        <w:t xml:space="preserve"> 给分数打等级（≥90 优 / ≥60 及格 / 否则 不及格）。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5 课 函数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本课关键字：定义(def) 返回(return) 匿名函数(lambda) 产出(yield) 全局(global) 空值(None)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本课可用名字：打印 长度 求和 排序 列表 范围 编号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例子的真源码（`docs\教学\例子\05-函数.py`）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定义 面积(宽, 高=1):                 # 定义 = def；默认参数照旧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"""算面积；三引号字符串就是文档字符串。"""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返回 宽 * 高                    # 返回 = return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打印(面积(3), 面积(3, 4), 面积(高=2, 宽=5))    # 位置参数、默认值、关键字实参都能用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可变参数：名字随便起（中文也行），* 和 ** 还是符号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定义 全部相加(*数们):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合计 = 0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对于 项 属于 数们: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合计 += 项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返回 合计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定义 打招呼(**信息):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返回 "你好，" + 信息["名字"]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打印(全部相加(1, 2, 3), 打招呼(名字="甲"))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匿名函数 = lambda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双倍 = 匿名函数 甲: 甲 * 2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打印(排序([3, 1, 2], 键=双倍))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生成器：产出 = yield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定义 数到(上界):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甲 = 1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每当 甲 &lt;= 上界: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产出 甲                  # 产出 = yield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甲 += 1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打印(列表(数到(4)))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全局 = global（函数里改模块级变量要用它）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计数 = 0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定义 加一():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全局 计数                     # 不加这句，下面那行会创建局部变量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计数 += 1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加一()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加一()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打印("计数 =", 计数)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3 12 10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6 你好，甲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[1, 2, 3]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[1, 2, 3, 4]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计数 = 2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Microsoft YaHei" w:hAnsi="Microsoft YaHei" w:eastAsia="Microsoft YaHei"/>
          <w:sz w:val="21"/>
        </w:rPr>
        <w:t>默认参数、关键字实参照旧；</w:t>
      </w:r>
      <w:r>
        <w:rPr>
          <w:rFonts w:ascii="Consolas" w:hAnsi="Consolas" w:eastAsia="Consolas"/>
          <w:sz w:val="19"/>
        </w:rPr>
        <w:t>*数们</w:t>
      </w:r>
      <w:r>
        <w:rPr>
          <w:rFonts w:ascii="Microsoft YaHei" w:hAnsi="Microsoft YaHei" w:eastAsia="Microsoft YaHei"/>
          <w:sz w:val="21"/>
        </w:rPr>
        <w:t>、</w:t>
      </w:r>
      <w:r>
        <w:rPr>
          <w:rFonts w:ascii="Consolas" w:hAnsi="Consolas" w:eastAsia="Consolas"/>
          <w:sz w:val="19"/>
        </w:rPr>
        <w:t>**信息</w:t>
      </w:r>
      <w:r>
        <w:rPr>
          <w:rFonts w:ascii="Microsoft YaHei" w:hAnsi="Microsoft YaHei" w:eastAsia="Microsoft YaHei"/>
          <w:sz w:val="21"/>
        </w:rPr>
        <w:t xml:space="preserve"> 里的名字随便起（中文也行），</w:t>
      </w:r>
      <w:r>
        <w:rPr>
          <w:rFonts w:ascii="Consolas" w:hAnsi="Consolas" w:eastAsia="Consolas"/>
          <w:sz w:val="19"/>
        </w:rPr>
        <w:t>*</w:t>
      </w:r>
      <w:r>
        <w:rPr>
          <w:rFonts w:ascii="Microsoft YaHei" w:hAnsi="Microsoft YaHei" w:eastAsia="Microsoft YaHei"/>
          <w:sz w:val="21"/>
        </w:rPr>
        <w:t xml:space="preserve"> 与 </w:t>
      </w:r>
      <w:r>
        <w:rPr>
          <w:rFonts w:ascii="Consolas" w:hAnsi="Consolas" w:eastAsia="Consolas"/>
          <w:sz w:val="19"/>
        </w:rPr>
        <w:t>**</w:t>
      </w:r>
      <w:r>
        <w:rPr>
          <w:rFonts w:ascii="Microsoft YaHei" w:hAnsi="Microsoft YaHei" w:eastAsia="Microsoft YaHei"/>
          <w:sz w:val="21"/>
        </w:rPr>
        <w:t xml:space="preserve"> 仍是符号。</w:t>
      </w:r>
      <w:r>
        <w:rPr>
          <w:rFonts w:ascii="Consolas" w:hAnsi="Consolas" w:eastAsia="Consolas"/>
          <w:sz w:val="19"/>
        </w:rPr>
        <w:t>全局</w:t>
      </w:r>
      <w:r>
        <w:rPr>
          <w:rFonts w:ascii="Microsoft YaHei" w:hAnsi="Microsoft YaHei" w:eastAsia="Microsoft YaHei"/>
          <w:sz w:val="21"/>
        </w:rPr>
        <w:t xml:space="preserve"> = </w:t>
      </w:r>
      <w:r>
        <w:rPr>
          <w:rFonts w:ascii="Consolas" w:hAnsi="Consolas" w:eastAsia="Consolas"/>
          <w:sz w:val="19"/>
        </w:rPr>
        <w:t>global</w:t>
      </w:r>
      <w:r>
        <w:rPr>
          <w:rFonts w:ascii="Microsoft YaHei" w:hAnsi="Microsoft YaHei" w:eastAsia="Microsoft YaHei"/>
          <w:sz w:val="21"/>
        </w:rPr>
        <w:t>（函数里改模块级变量必须写它）。</w:t>
      </w:r>
      <w:r>
        <w:rPr>
          <w:rFonts w:ascii="Consolas" w:hAnsi="Consolas" w:eastAsia="Consolas"/>
          <w:sz w:val="19"/>
        </w:rPr>
        <w:t>产出</w:t>
      </w:r>
      <w:r>
        <w:rPr>
          <w:rFonts w:ascii="Microsoft YaHei" w:hAnsi="Microsoft YaHei" w:eastAsia="Microsoft YaHei"/>
          <w:sz w:val="21"/>
        </w:rPr>
        <w:t xml:space="preserve"> = </w:t>
      </w:r>
      <w:r>
        <w:rPr>
          <w:rFonts w:ascii="Consolas" w:hAnsi="Consolas" w:eastAsia="Consolas"/>
          <w:sz w:val="19"/>
        </w:rPr>
        <w:t>yield</w:t>
      </w:r>
      <w:r>
        <w:rPr>
          <w:rFonts w:ascii="Microsoft YaHei" w:hAnsi="Microsoft YaHei" w:eastAsia="Microsoft YaHei"/>
          <w:sz w:val="21"/>
        </w:rPr>
        <w:t>，写生成器。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用递归写 </w:t>
      </w:r>
      <w:r>
        <w:rPr>
          <w:rFonts w:ascii="Consolas" w:hAnsi="Consolas" w:eastAsia="Consolas"/>
          <w:sz w:val="19"/>
        </w:rPr>
        <w:t>阶乘(甲)</w:t>
      </w:r>
      <w:r>
        <w:rPr>
          <w:rFonts w:ascii="Microsoft YaHei" w:hAnsi="Microsoft YaHei" w:eastAsia="Microsoft YaHei"/>
          <w:sz w:val="21"/>
        </w:rPr>
        <w:t xml:space="preserve">。② 写一个用 </w:t>
      </w:r>
      <w:r>
        <w:rPr>
          <w:rFonts w:ascii="Consolas" w:hAnsi="Consolas" w:eastAsia="Consolas"/>
          <w:sz w:val="19"/>
        </w:rPr>
        <w:t>**信息</w:t>
      </w:r>
      <w:r>
        <w:rPr>
          <w:rFonts w:ascii="Microsoft YaHei" w:hAnsi="Microsoft YaHei" w:eastAsia="Microsoft YaHei"/>
          <w:sz w:val="21"/>
        </w:rPr>
        <w:t xml:space="preserve"> 收任意关键字的函数。③ 用 </w:t>
      </w:r>
      <w:r>
        <w:rPr>
          <w:rFonts w:ascii="Consolas" w:hAnsi="Consolas" w:eastAsia="Consolas"/>
          <w:sz w:val="19"/>
        </w:rPr>
        <w:t>产出</w:t>
      </w:r>
      <w:r>
        <w:rPr>
          <w:rFonts w:ascii="Microsoft YaHei" w:hAnsi="Microsoft YaHei" w:eastAsia="Microsoft YaHei"/>
          <w:sz w:val="21"/>
        </w:rPr>
        <w:t xml:space="preserve"> 写一个斐波那契生成器，取前 6 个。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6 课 自己定义类型（类）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本课关键字：类型(class) 定义(def) 返回(return) 超类(super) 打印(print)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本课可用名字：类型 取类型(type) 等同实例(isinstance)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例子的真源码（`docs\教学\例子\06-自定义类型.py`）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类型 动物: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"""一个最小的类。"""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定义 __init__(自身, 名, 叫声):      # __init__ 必须英文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自身.名 = 名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自身.叫声 = 叫声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定义 叫(自身):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返回 f"{自身.名}：{自身.叫声}"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定义 __str__(自身):                  # __str__ 也必须英文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返回 f"&lt;动物 {自身.名}&gt;"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类型 狗(动物):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定义 __init__(自身, 名):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超类(狗, 自身).__init__(名, "汪汪")     # 两参 超类 = super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定义 握手(自身):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返回 f"{自身.名} 伸出爪子"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甲 = 狗("旺财")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打印(甲.叫())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打印(甲.握手())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打印(甲)                                 # 打印对象会调 __str__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打印("是动物吗：", 等同实例(甲, 动物), "是狗吗：", 等同实例(甲, 狗))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打印("它的类型：", 取类型(甲).__name__, "父类：", 取类型(甲).__bases__[0].__name__)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旺财：汪汪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旺财 伸出爪子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&lt;动物 旺财&gt;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是动物吗： True 是狗吗：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它的类型： 狗 父类： 动物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Consolas" w:hAnsi="Consolas" w:eastAsia="Consolas"/>
          <w:sz w:val="19"/>
        </w:rPr>
        <w:t>类型</w:t>
      </w:r>
      <w:r>
        <w:rPr>
          <w:rFonts w:ascii="Microsoft YaHei" w:hAnsi="Microsoft YaHei" w:eastAsia="Microsoft YaHei"/>
          <w:sz w:val="21"/>
        </w:rPr>
        <w:t xml:space="preserve"> = </w:t>
      </w:r>
      <w:r>
        <w:rPr>
          <w:rFonts w:ascii="Consolas" w:hAnsi="Consolas" w:eastAsia="Consolas"/>
          <w:sz w:val="19"/>
        </w:rPr>
        <w:t>class</w:t>
      </w:r>
      <w:r>
        <w:rPr>
          <w:rFonts w:ascii="Microsoft YaHei" w:hAnsi="Microsoft YaHei" w:eastAsia="Microsoft YaHei"/>
          <w:sz w:val="21"/>
        </w:rPr>
        <w:t>；</w:t>
      </w:r>
      <w:r>
        <w:rPr>
          <w:rFonts w:ascii="Microsoft YaHei" w:hAnsi="Microsoft YaHei" w:eastAsia="Microsoft YaHei"/>
          <w:b/>
          <w:sz w:val="21"/>
        </w:rPr>
        <w:t>魔术方法必须写英文</w:t>
      </w:r>
      <w:r>
        <w:rPr>
          <w:rFonts w:ascii="Microsoft YaHei" w:hAnsi="Microsoft YaHei" w:eastAsia="Microsoft YaHei"/>
          <w:sz w:val="21"/>
        </w:rPr>
        <w:t>（</w:t>
      </w:r>
      <w:r>
        <w:rPr>
          <w:rFonts w:ascii="Consolas" w:hAnsi="Consolas" w:eastAsia="Consolas"/>
          <w:sz w:val="19"/>
        </w:rPr>
        <w:t>__init__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__str__</w:t>
      </w:r>
      <w:r>
        <w:rPr>
          <w:rFonts w:ascii="Microsoft YaHei" w:hAnsi="Microsoft YaHei" w:eastAsia="Microsoft YaHei"/>
          <w:sz w:val="21"/>
        </w:rPr>
        <w:t>）——C 层按字符串查找，翻了就不认。</w:t>
      </w:r>
      <w:r>
        <w:rPr>
          <w:rFonts w:ascii="Consolas" w:hAnsi="Consolas" w:eastAsia="Consolas"/>
          <w:sz w:val="19"/>
        </w:rPr>
        <w:t>self</w:t>
      </w:r>
      <w:r>
        <w:rPr>
          <w:rFonts w:ascii="Microsoft YaHei" w:hAnsi="Microsoft YaHei" w:eastAsia="Microsoft YaHei"/>
          <w:sz w:val="21"/>
        </w:rPr>
        <w:t xml:space="preserve"> 不是关键字，习惯写 </w:t>
      </w:r>
      <w:r>
        <w:rPr>
          <w:rFonts w:ascii="Consolas" w:hAnsi="Consolas" w:eastAsia="Consolas"/>
          <w:sz w:val="19"/>
        </w:rPr>
        <w:t>自身</w:t>
      </w:r>
      <w:r>
        <w:rPr>
          <w:rFonts w:ascii="Microsoft YaHei" w:hAnsi="Microsoft YaHei" w:eastAsia="Microsoft YaHei"/>
          <w:sz w:val="21"/>
        </w:rPr>
        <w:t xml:space="preserve">。⚠ </w:t>
      </w:r>
      <w:r>
        <w:rPr>
          <w:rFonts w:ascii="Microsoft YaHei" w:hAnsi="Microsoft YaHei" w:eastAsia="Microsoft YaHei"/>
          <w:b/>
          <w:sz w:val="21"/>
        </w:rPr>
        <w:t>零参 `超类()` 不行</w:t>
      </w:r>
      <w:r>
        <w:rPr>
          <w:rFonts w:ascii="Microsoft YaHei" w:hAnsi="Microsoft YaHei" w:eastAsia="Microsoft YaHei"/>
          <w:sz w:val="21"/>
        </w:rPr>
        <w:t xml:space="preserve">（它是编译器特例，靠 </w:t>
      </w:r>
      <w:r>
        <w:rPr>
          <w:rFonts w:ascii="Consolas" w:hAnsi="Consolas" w:eastAsia="Consolas"/>
          <w:sz w:val="19"/>
        </w:rPr>
        <w:t>__class__</w:t>
      </w:r>
      <w:r>
        <w:rPr>
          <w:rFonts w:ascii="Microsoft YaHei" w:hAnsi="Microsoft YaHei" w:eastAsia="Microsoft YaHei"/>
          <w:sz w:val="21"/>
        </w:rPr>
        <w:t xml:space="preserve"> cell，别名救不了）⇒ 写 </w:t>
      </w:r>
      <w:r>
        <w:rPr>
          <w:rFonts w:ascii="Consolas" w:hAnsi="Consolas" w:eastAsia="Consolas"/>
          <w:sz w:val="19"/>
        </w:rPr>
        <w:t>超类(类, 自身)</w:t>
      </w:r>
      <w:r>
        <w:rPr>
          <w:rFonts w:ascii="Microsoft YaHei" w:hAnsi="Microsoft YaHei" w:eastAsia="Microsoft YaHei"/>
          <w:sz w:val="21"/>
        </w:rPr>
        <w:t>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给 </w:t>
      </w:r>
      <w:r>
        <w:rPr>
          <w:rFonts w:ascii="Consolas" w:hAnsi="Consolas" w:eastAsia="Consolas"/>
          <w:sz w:val="19"/>
        </w:rPr>
        <w:t>动物</w:t>
      </w:r>
      <w:r>
        <w:rPr>
          <w:rFonts w:ascii="Microsoft YaHei" w:hAnsi="Microsoft YaHei" w:eastAsia="Microsoft YaHei"/>
          <w:sz w:val="21"/>
        </w:rPr>
        <w:t xml:space="preserve"> 加一个 </w:t>
      </w:r>
      <w:r>
        <w:rPr>
          <w:rFonts w:ascii="Consolas" w:hAnsi="Consolas" w:eastAsia="Consolas"/>
          <w:sz w:val="19"/>
        </w:rPr>
        <w:t>年龄</w:t>
      </w:r>
      <w:r>
        <w:rPr>
          <w:rFonts w:ascii="Microsoft YaHei" w:hAnsi="Microsoft YaHei" w:eastAsia="Microsoft YaHei"/>
          <w:sz w:val="21"/>
        </w:rPr>
        <w:t xml:space="preserve"> 属性并在 </w:t>
      </w:r>
      <w:r>
        <w:rPr>
          <w:rFonts w:ascii="Consolas" w:hAnsi="Consolas" w:eastAsia="Consolas"/>
          <w:sz w:val="19"/>
        </w:rPr>
        <w:t>__str__</w:t>
      </w:r>
      <w:r>
        <w:rPr>
          <w:rFonts w:ascii="Microsoft YaHei" w:hAnsi="Microsoft YaHei" w:eastAsia="Microsoft YaHei"/>
          <w:sz w:val="21"/>
        </w:rPr>
        <w:t xml:space="preserve"> 里打出来。② 写 </w:t>
      </w:r>
      <w:r>
        <w:rPr>
          <w:rFonts w:ascii="Consolas" w:hAnsi="Consolas" w:eastAsia="Consolas"/>
          <w:sz w:val="19"/>
        </w:rPr>
        <w:t>猫(动物)</w:t>
      </w:r>
      <w:r>
        <w:rPr>
          <w:rFonts w:ascii="Microsoft YaHei" w:hAnsi="Microsoft YaHei" w:eastAsia="Microsoft YaHei"/>
          <w:sz w:val="21"/>
        </w:rPr>
        <w:t xml:space="preserve"> 覆盖 </w:t>
      </w:r>
      <w:r>
        <w:rPr>
          <w:rFonts w:ascii="Consolas" w:hAnsi="Consolas" w:eastAsia="Consolas"/>
          <w:sz w:val="19"/>
        </w:rPr>
        <w:t>叫</w:t>
      </w:r>
      <w:r>
        <w:rPr>
          <w:rFonts w:ascii="Microsoft YaHei" w:hAnsi="Microsoft YaHei" w:eastAsia="Microsoft YaHei"/>
          <w:sz w:val="21"/>
        </w:rPr>
        <w:t xml:space="preserve">。③ 用 </w:t>
      </w:r>
      <w:r>
        <w:rPr>
          <w:rFonts w:ascii="Consolas" w:hAnsi="Consolas" w:eastAsia="Consolas"/>
          <w:sz w:val="19"/>
        </w:rPr>
        <w:t>等同实例</w:t>
      </w:r>
      <w:r>
        <w:rPr>
          <w:rFonts w:ascii="Microsoft YaHei" w:hAnsi="Microsoft YaHei" w:eastAsia="Microsoft YaHei"/>
          <w:sz w:val="21"/>
        </w:rPr>
        <w:t xml:space="preserve"> 判断一个对象是不是 </w:t>
      </w:r>
      <w:r>
        <w:rPr>
          <w:rFonts w:ascii="Consolas" w:hAnsi="Consolas" w:eastAsia="Consolas"/>
          <w:sz w:val="19"/>
        </w:rPr>
        <w:t>动物</w:t>
      </w:r>
      <w:r>
        <w:rPr>
          <w:rFonts w:ascii="Microsoft YaHei" w:hAnsi="Microsoft YaHei" w:eastAsia="Microsoft YaHei"/>
          <w:sz w:val="21"/>
        </w:rPr>
        <w:t xml:space="preserve"> 的实例。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7 课 标准库（157 个汉语库；这里挑最常用的几个）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本课关键字：导入(import) 来自(import from) 作为(as) 打印(print)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本课可用名字：操作系统(os) JSON解析(json) 时间(time) 随机(random) 数学(math) 正则(re)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例子的真源码（`docs\教学\例子\07-标准库.py`）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操作系统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JSON解析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时间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随机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数学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正则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操作系统 = os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打印("当前目录在吗：", 操作系统.路径.exists("."))     # os.path 整块保持英文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打印("路径分隔符：", 操作系统.分隔符)                 # os.sep 有中文名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打印("列目录非空：", 长度(操作系统.列出目录(".")) &gt; 0)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JSON解析 = json（转字符串 = dumps、读字符串 = loads）——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文本 = JSON解析.转字符串({"甲": 1, "乙": [2, 3]}, ensure_ascii=False)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打印("转成文本：", 文本)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打印("读回来的乙：", JSON解析.读字符串(文本)["乙"])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时间 = time（打印会变的值没法核对，所以只做判断与差值）——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起点 = 时间.时间戳()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时间.休眠(0.01)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打印("休眠确实过去了：", 时间.时间戳() &gt; 起点)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随机 = random（先用英文 seed 固定住，输出才可核对）——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随机.seed(1)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打印("固定种子后的随机整数：", 随机.随机整数(1, 6))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数学 = math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打印("平方根：", 数学.平方根(9), "向上取整：", 数学.向上取整(1.2))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正则 = re（搜索 = search、替换 = sub）——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邮件 = "联系 a@x.com 或 b@y.com"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打印("第一个邮箱：", 正则.搜索(r"[\w.]+@[\w.]+", 邮件).group())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打印("打码后：", 正则.替换(r"[\w.]+@[\w.]+", "***", 邮件))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当前目录在吗：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路径分隔符： \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列目录非空：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转成文本： {"甲": 1, "乙": [2, 3]}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读回来的乙： [2, 3]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休眠确实过去了：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固定种子后的随机整数： 2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平方根： 3.0 向上取整： 2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第一个邮箱： a@x.com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打码后： 联系 *** 或 ***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Microsoft YaHei" w:hAnsi="Microsoft YaHei" w:eastAsia="Microsoft YaHei"/>
          <w:sz w:val="21"/>
        </w:rPr>
        <w:t>157 个汉语库。</w:t>
      </w:r>
      <w:r>
        <w:rPr>
          <w:rFonts w:ascii="Consolas" w:hAnsi="Consolas" w:eastAsia="Consolas"/>
          <w:sz w:val="19"/>
        </w:rPr>
        <w:t>操作系统</w:t>
      </w:r>
      <w:r>
        <w:rPr>
          <w:rFonts w:ascii="Microsoft YaHei" w:hAnsi="Microsoft YaHei" w:eastAsia="Microsoft YaHei"/>
          <w:sz w:val="21"/>
        </w:rPr>
        <w:t xml:space="preserve"> 的中文成员很多（</w:t>
      </w:r>
      <w:r>
        <w:rPr>
          <w:rFonts w:ascii="Consolas" w:hAnsi="Consolas" w:eastAsia="Consolas"/>
          <w:sz w:val="19"/>
        </w:rPr>
        <w:t>取当前目录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列出目录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分隔符</w:t>
      </w:r>
      <w:r>
        <w:rPr>
          <w:rFonts w:ascii="Microsoft YaHei" w:hAnsi="Microsoft YaHei" w:eastAsia="Microsoft YaHei"/>
          <w:sz w:val="21"/>
        </w:rPr>
        <w:t xml:space="preserve">），但 </w:t>
      </w:r>
      <w:r>
        <w:rPr>
          <w:rFonts w:ascii="Microsoft YaHei" w:hAnsi="Microsoft YaHei" w:eastAsia="Microsoft YaHei"/>
          <w:b/>
          <w:sz w:val="21"/>
        </w:rPr>
        <w:t>`操作系统.路径` 整块保持英文</w:t>
      </w:r>
      <w:r>
        <w:rPr>
          <w:rFonts w:ascii="Microsoft YaHei" w:hAnsi="Microsoft YaHei" w:eastAsia="Microsoft YaHei"/>
          <w:sz w:val="21"/>
        </w:rPr>
        <w:t>（</w:t>
      </w:r>
      <w:r>
        <w:rPr>
          <w:rFonts w:ascii="Consolas" w:hAnsi="Consolas" w:eastAsia="Consolas"/>
          <w:sz w:val="19"/>
        </w:rPr>
        <w:t>exists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join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sep</w:t>
      </w:r>
      <w:r>
        <w:rPr>
          <w:rFonts w:ascii="Microsoft YaHei" w:hAnsi="Microsoft YaHei" w:eastAsia="Microsoft YaHei"/>
          <w:sz w:val="21"/>
        </w:rPr>
        <w:t>），这点教材如实说明。</w:t>
      </w:r>
      <w:r>
        <w:rPr>
          <w:rFonts w:ascii="Consolas" w:hAnsi="Consolas" w:eastAsia="Consolas"/>
          <w:sz w:val="19"/>
        </w:rPr>
        <w:t>JSON解析</w:t>
      </w:r>
      <w:r>
        <w:rPr>
          <w:rFonts w:ascii="Microsoft YaHei" w:hAnsi="Microsoft YaHei" w:eastAsia="Microsoft YaHei"/>
          <w:sz w:val="21"/>
        </w:rPr>
        <w:t xml:space="preserve"> 用 </w:t>
      </w:r>
      <w:r>
        <w:rPr>
          <w:rFonts w:ascii="Consolas" w:hAnsi="Consolas" w:eastAsia="Consolas"/>
          <w:sz w:val="19"/>
        </w:rPr>
        <w:t>转字符串</w:t>
      </w:r>
      <w:r>
        <w:rPr>
          <w:rFonts w:ascii="Microsoft YaHei" w:hAnsi="Microsoft YaHei" w:eastAsia="Microsoft YaHei"/>
          <w:sz w:val="21"/>
        </w:rPr>
        <w:t>(dumps)/</w:t>
      </w:r>
      <w:r>
        <w:rPr>
          <w:rFonts w:ascii="Consolas" w:hAnsi="Consolas" w:eastAsia="Consolas"/>
          <w:sz w:val="19"/>
        </w:rPr>
        <w:t>读字符串</w:t>
      </w:r>
      <w:r>
        <w:rPr>
          <w:rFonts w:ascii="Microsoft YaHei" w:hAnsi="Microsoft YaHei" w:eastAsia="Microsoft YaHei"/>
          <w:sz w:val="21"/>
        </w:rPr>
        <w:t>(loads)；</w:t>
      </w:r>
      <w:r>
        <w:rPr>
          <w:rFonts w:ascii="Consolas" w:hAnsi="Consolas" w:eastAsia="Consolas"/>
          <w:sz w:val="19"/>
        </w:rPr>
        <w:t>时间</w:t>
      </w:r>
      <w:r>
        <w:rPr>
          <w:rFonts w:ascii="Microsoft YaHei" w:hAnsi="Microsoft YaHei" w:eastAsia="Microsoft YaHei"/>
          <w:sz w:val="21"/>
        </w:rPr>
        <w:t xml:space="preserve"> 用 </w:t>
      </w:r>
      <w:r>
        <w:rPr>
          <w:rFonts w:ascii="Consolas" w:hAnsi="Consolas" w:eastAsia="Consolas"/>
          <w:sz w:val="19"/>
        </w:rPr>
        <w:t>时间戳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休眠</w:t>
      </w:r>
      <w:r>
        <w:rPr>
          <w:rFonts w:ascii="Microsoft YaHei" w:hAnsi="Microsoft YaHei" w:eastAsia="Microsoft YaHei"/>
          <w:sz w:val="21"/>
        </w:rPr>
        <w:t>；</w:t>
      </w:r>
      <w:r>
        <w:rPr>
          <w:rFonts w:ascii="Consolas" w:hAnsi="Consolas" w:eastAsia="Consolas"/>
          <w:sz w:val="19"/>
        </w:rPr>
        <w:t>随机</w:t>
      </w:r>
      <w:r>
        <w:rPr>
          <w:rFonts w:ascii="Microsoft YaHei" w:hAnsi="Microsoft YaHei" w:eastAsia="Microsoft YaHei"/>
          <w:sz w:val="21"/>
        </w:rPr>
        <w:t xml:space="preserve"> 想核对输出先 </w:t>
      </w:r>
      <w:r>
        <w:rPr>
          <w:rFonts w:ascii="Consolas" w:hAnsi="Consolas" w:eastAsia="Consolas"/>
          <w:sz w:val="19"/>
        </w:rPr>
        <w:t>seed</w:t>
      </w:r>
      <w:r>
        <w:rPr>
          <w:rFonts w:ascii="Microsoft YaHei" w:hAnsi="Microsoft YaHei" w:eastAsia="Microsoft YaHei"/>
          <w:sz w:val="21"/>
        </w:rPr>
        <w:t>；</w:t>
      </w:r>
      <w:r>
        <w:rPr>
          <w:rFonts w:ascii="Consolas" w:hAnsi="Consolas" w:eastAsia="Consolas"/>
          <w:sz w:val="19"/>
        </w:rPr>
        <w:t>正则</w:t>
      </w:r>
      <w:r>
        <w:rPr>
          <w:rFonts w:ascii="Microsoft YaHei" w:hAnsi="Microsoft YaHei" w:eastAsia="Microsoft YaHei"/>
          <w:sz w:val="21"/>
        </w:rPr>
        <w:t xml:space="preserve"> 用 </w:t>
      </w:r>
      <w:r>
        <w:rPr>
          <w:rFonts w:ascii="Consolas" w:hAnsi="Consolas" w:eastAsia="Consolas"/>
          <w:sz w:val="19"/>
        </w:rPr>
        <w:t>搜索</w:t>
      </w:r>
      <w:r>
        <w:rPr>
          <w:rFonts w:ascii="Microsoft YaHei" w:hAnsi="Microsoft YaHei" w:eastAsia="Microsoft YaHei"/>
          <w:sz w:val="21"/>
        </w:rPr>
        <w:t>(search)/</w:t>
      </w:r>
      <w:r>
        <w:rPr>
          <w:rFonts w:ascii="Consolas" w:hAnsi="Consolas" w:eastAsia="Consolas"/>
          <w:sz w:val="19"/>
        </w:rPr>
        <w:t>替换</w:t>
      </w:r>
      <w:r>
        <w:rPr>
          <w:rFonts w:ascii="Microsoft YaHei" w:hAnsi="Microsoft YaHei" w:eastAsia="Microsoft YaHei"/>
          <w:sz w:val="21"/>
        </w:rPr>
        <w:t>(sub)。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列出当前目录并数出条目个数。② 把字典写成 JSON 文本再读回来（用 </w:t>
      </w:r>
      <w:r>
        <w:rPr>
          <w:rFonts w:ascii="Consolas" w:hAnsi="Consolas" w:eastAsia="Consolas"/>
          <w:sz w:val="19"/>
        </w:rPr>
        <w:t>使用 ... 作为</w:t>
      </w:r>
      <w:r>
        <w:rPr>
          <w:rFonts w:ascii="Microsoft YaHei" w:hAnsi="Microsoft YaHei" w:eastAsia="Microsoft YaHei"/>
          <w:sz w:val="21"/>
        </w:rPr>
        <w:t xml:space="preserve">）。③ 用正则把一段文本里的所有数字替换成 </w:t>
      </w:r>
      <w:r>
        <w:rPr>
          <w:rFonts w:ascii="Consolas" w:hAnsi="Consolas" w:eastAsia="Consolas"/>
          <w:sz w:val="19"/>
        </w:rPr>
        <w:t>#</w:t>
      </w:r>
      <w:r>
        <w:rPr>
          <w:rFonts w:ascii="Microsoft YaHei" w:hAnsi="Microsoft YaHei" w:eastAsia="Microsoft YaHei"/>
          <w:sz w:val="21"/>
        </w:rPr>
        <w:t>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8 课 异常与报错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本课关键字：尝试(try) 捕获(except) 最终必须(finally) 抛出(raise) 作为(as) 略过(pass) 断言(assert)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本课可用名字：值错误(ValueError) 除零错误(ZeroDivisionError) 键错误(KeyError)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例子的真源码（`docs\教学\例子\08-异常与报错.py`）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尝试:                                      # 尝试 = try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甲 = 1 / 0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捕获 除零错误 作为 错:                      # 捕获 = except；作为 = as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打印("屏幕上是中文，但对象里是英文：")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  str(错) =", str(错))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  类型名 =", 取类型(错).__name__)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最终必须:                                   # 最终必须 = finally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打印("最终必须一定执行")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定义 转整数(文本):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尝试: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返回 整数(文本)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捕获 值错误:                            # 值错误 = ValueError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返回 空值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打印(转整数("42"), 转整数("不是数"))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类型 我的错误(值错误):                       # 自定义异常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略过                                    # 略过 = pass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定义 检查(甲):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如果 甲 &lt; 0: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抛出 我的错误("不能是负数")           # 抛出 = raise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返回 甲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尝试: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检查(-1)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捕获 值错误 作为 错:                        # 自定义异常是 值错误 的子类，能被它捕获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打印("捕获到自定义异常：", 错)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尝试: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断言 1 == 2, "这里应当失败"              # 断言 = assert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捕获 断言错误 作为 错:                       # 断言错误 = AssertionError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打印("断言失败：", 错)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屏幕上是中文，但对象里是英文：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str(错) = division by zero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类型名 = ZeroDivisionError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最终必须一定执行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42 None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捕获到自定义异常： 不能是负数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断言失败： 这里应当失败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Consolas" w:hAnsi="Consolas" w:eastAsia="Consolas"/>
          <w:sz w:val="19"/>
        </w:rPr>
        <w:t>尝试/捕获/最终必须/抛出</w:t>
      </w:r>
      <w:r>
        <w:rPr>
          <w:rFonts w:ascii="Microsoft YaHei" w:hAnsi="Microsoft YaHei" w:eastAsia="Microsoft YaHei"/>
          <w:sz w:val="21"/>
        </w:rPr>
        <w:t xml:space="preserve"> = </w:t>
      </w:r>
      <w:r>
        <w:rPr>
          <w:rFonts w:ascii="Consolas" w:hAnsi="Consolas" w:eastAsia="Consolas"/>
          <w:sz w:val="19"/>
        </w:rPr>
        <w:t>try/except/finally/raise</w:t>
      </w:r>
      <w:r>
        <w:rPr>
          <w:rFonts w:ascii="Microsoft YaHei" w:hAnsi="Microsoft YaHei" w:eastAsia="Microsoft YaHei"/>
          <w:sz w:val="21"/>
        </w:rPr>
        <w:t>。异常类的中文名（</w:t>
      </w:r>
      <w:r>
        <w:rPr>
          <w:rFonts w:ascii="Consolas" w:hAnsi="Consolas" w:eastAsia="Consolas"/>
          <w:sz w:val="19"/>
        </w:rPr>
        <w:t>除零错误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值错误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键错误</w:t>
      </w:r>
      <w:r>
        <w:rPr>
          <w:rFonts w:ascii="Microsoft YaHei" w:hAnsi="Microsoft YaHei" w:eastAsia="Microsoft YaHei"/>
          <w:sz w:val="21"/>
        </w:rPr>
        <w:t>）与英文类</w:t>
      </w:r>
      <w:r>
        <w:rPr>
          <w:rFonts w:ascii="Microsoft YaHei" w:hAnsi="Microsoft YaHei" w:eastAsia="Microsoft YaHei"/>
          <w:b/>
          <w:sz w:val="21"/>
        </w:rPr>
        <w:t>是同一个对象</w:t>
      </w:r>
      <w:r>
        <w:rPr>
          <w:rFonts w:ascii="Microsoft YaHei" w:hAnsi="Microsoft YaHei" w:eastAsia="Microsoft YaHei"/>
          <w:sz w:val="21"/>
        </w:rPr>
        <w:t>。</w:t>
      </w:r>
      <w:r>
        <w:rPr>
          <w:rFonts w:ascii="Microsoft YaHei" w:hAnsi="Microsoft YaHei" w:eastAsia="Microsoft YaHei"/>
          <w:b/>
          <w:sz w:val="21"/>
        </w:rPr>
        <w:t>中文只在显示层</w:t>
      </w:r>
      <w:r>
        <w:rPr>
          <w:rFonts w:ascii="Microsoft YaHei" w:hAnsi="Microsoft YaHei" w:eastAsia="Microsoft YaHei"/>
          <w:sz w:val="21"/>
        </w:rPr>
        <w:t>：</w:t>
      </w:r>
      <w:r>
        <w:rPr>
          <w:rFonts w:ascii="Consolas" w:hAnsi="Consolas" w:eastAsia="Consolas"/>
          <w:sz w:val="19"/>
        </w:rPr>
        <w:t>str(错)</w:t>
      </w:r>
      <w:r>
        <w:rPr>
          <w:rFonts w:ascii="Microsoft YaHei" w:hAnsi="Microsoft YaHei" w:eastAsia="Microsoft YaHei"/>
          <w:sz w:val="21"/>
        </w:rPr>
        <w:t xml:space="preserve"> 仍是英文，</w:t>
      </w:r>
      <w:r>
        <w:rPr>
          <w:rFonts w:ascii="Consolas" w:hAnsi="Consolas" w:eastAsia="Consolas"/>
          <w:sz w:val="19"/>
        </w:rPr>
        <w:t>e.args</w:t>
      </w:r>
      <w:r>
        <w:rPr>
          <w:rFonts w:ascii="Microsoft YaHei" w:hAnsi="Microsoft YaHei" w:eastAsia="Microsoft YaHei"/>
          <w:sz w:val="21"/>
        </w:rPr>
        <w:t xml:space="preserve"> 也是——这样日志、</w:t>
      </w:r>
      <w:r>
        <w:rPr>
          <w:rFonts w:ascii="Consolas" w:hAnsi="Consolas" w:eastAsia="Consolas"/>
          <w:sz w:val="19"/>
        </w:rPr>
        <w:t>except</w:t>
      </w:r>
      <w:r>
        <w:rPr>
          <w:rFonts w:ascii="Microsoft YaHei" w:hAnsi="Microsoft YaHei" w:eastAsia="Microsoft YaHei"/>
          <w:sz w:val="21"/>
        </w:rPr>
        <w:t xml:space="preserve"> 分支、第三方库都不受影响。自定义异常继承 </w:t>
      </w:r>
      <w:r>
        <w:rPr>
          <w:rFonts w:ascii="Consolas" w:hAnsi="Consolas" w:eastAsia="Consolas"/>
          <w:sz w:val="19"/>
        </w:rPr>
        <w:t>值错误</w:t>
      </w:r>
      <w:r>
        <w:rPr>
          <w:rFonts w:ascii="Microsoft YaHei" w:hAnsi="Microsoft YaHei" w:eastAsia="Microsoft YaHei"/>
          <w:sz w:val="21"/>
        </w:rPr>
        <w:t xml:space="preserve">，就能被 </w:t>
      </w:r>
      <w:r>
        <w:rPr>
          <w:rFonts w:ascii="Consolas" w:hAnsi="Consolas" w:eastAsia="Consolas"/>
          <w:sz w:val="19"/>
        </w:rPr>
        <w:t>捕获 值错误</w:t>
      </w:r>
      <w:r>
        <w:rPr>
          <w:rFonts w:ascii="Microsoft YaHei" w:hAnsi="Microsoft YaHei" w:eastAsia="Microsoft YaHei"/>
          <w:sz w:val="21"/>
        </w:rPr>
        <w:t xml:space="preserve"> 接住。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写一个安全除法（捕获 </w:t>
      </w:r>
      <w:r>
        <w:rPr>
          <w:rFonts w:ascii="Consolas" w:hAnsi="Consolas" w:eastAsia="Consolas"/>
          <w:sz w:val="19"/>
        </w:rPr>
        <w:t>除零错误</w:t>
      </w:r>
      <w:r>
        <w:rPr>
          <w:rFonts w:ascii="Microsoft YaHei" w:hAnsi="Microsoft YaHei" w:eastAsia="Microsoft YaHei"/>
          <w:sz w:val="21"/>
        </w:rPr>
        <w:t xml:space="preserve">）。② 自定义 </w:t>
      </w:r>
      <w:r>
        <w:rPr>
          <w:rFonts w:ascii="Consolas" w:hAnsi="Consolas" w:eastAsia="Consolas"/>
          <w:sz w:val="19"/>
        </w:rPr>
        <w:t>余额不足错误(值错误)</w:t>
      </w:r>
      <w:r>
        <w:rPr>
          <w:rFonts w:ascii="Microsoft YaHei" w:hAnsi="Microsoft YaHei" w:eastAsia="Microsoft YaHei"/>
          <w:sz w:val="21"/>
        </w:rPr>
        <w:t xml:space="preserve"> 并在取款函数里 </w:t>
      </w:r>
      <w:r>
        <w:rPr>
          <w:rFonts w:ascii="Consolas" w:hAnsi="Consolas" w:eastAsia="Consolas"/>
          <w:sz w:val="19"/>
        </w:rPr>
        <w:t>抛出</w:t>
      </w:r>
      <w:r>
        <w:rPr>
          <w:rFonts w:ascii="Microsoft YaHei" w:hAnsi="Microsoft YaHei" w:eastAsia="Microsoft YaHei"/>
          <w:sz w:val="21"/>
        </w:rPr>
        <w:t xml:space="preserve">。③ 用 </w:t>
      </w:r>
      <w:r>
        <w:rPr>
          <w:rFonts w:ascii="Consolas" w:hAnsi="Consolas" w:eastAsia="Consolas"/>
          <w:sz w:val="19"/>
        </w:rPr>
        <w:t>最终必须</w:t>
      </w:r>
      <w:r>
        <w:rPr>
          <w:rFonts w:ascii="Microsoft YaHei" w:hAnsi="Microsoft YaHei" w:eastAsia="Microsoft YaHei"/>
          <w:sz w:val="21"/>
        </w:rPr>
        <w:t xml:space="preserve"> 保证文件一定被关闭。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9 课 文件与数据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本课关键字：使用(with) 作为(as) 导入(import) 尝试(try) 捕获(except) 打印(print)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本课可用名字：打开(open) 操作系统(os) JSON解析(json) 长度(len)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例子的真源码（`docs\教学\例子\09-文件与数据.py`）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路径 = "教学_09_临时.txt"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使用 = with：块结束自动关闭文件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使用 打开(路径, "w", encoding="utf-8") 作为 文:      # 打开 = open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文.write("甲\n乙\n丙\n")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使用 打开(路径, encoding="utf-8") 作为 文: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行们 = 文.readlines()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打印("读到几行：", 长度(行们))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打印("去掉换行：", [行.strip() for 行 in 行们])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操作系统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打印("文件在吗：", 操作系统.路径.exists(路径))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操作系统.remove(路径)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打印("删掉之后：", 操作系统.路径.exists(路径))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JSON解析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数据 = {"名字": "旺财", "年龄": 3}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文本 = JSON解析.转字符串(数据, ensure_ascii=False)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使用 打开(路径, "w", encoding="utf-8") 作为 文: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文.write(文本)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使用 打开(路径, encoding="utf-8") 作为 文: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读回 = JSON解析.读字符串(文.read())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打印("存取一致：", 读回 == 数据)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操作系统.remove(路径)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读到几行： 3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去掉换行： ['甲', '乙', '丙']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文件在吗：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删掉之后： False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存取一致： True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Consolas" w:hAnsi="Consolas" w:eastAsia="Consolas"/>
          <w:sz w:val="19"/>
        </w:rPr>
        <w:t>使用 ... 作为 ...</w:t>
      </w:r>
      <w:r>
        <w:rPr>
          <w:rFonts w:ascii="Microsoft YaHei" w:hAnsi="Microsoft YaHei" w:eastAsia="Microsoft YaHei"/>
          <w:sz w:val="21"/>
        </w:rPr>
        <w:t xml:space="preserve"> = </w:t>
      </w:r>
      <w:r>
        <w:rPr>
          <w:rFonts w:ascii="Consolas" w:hAnsi="Consolas" w:eastAsia="Consolas"/>
          <w:sz w:val="19"/>
        </w:rPr>
        <w:t>with ... as ...</w:t>
      </w:r>
      <w:r>
        <w:rPr>
          <w:rFonts w:ascii="Microsoft YaHei" w:hAnsi="Microsoft YaHei" w:eastAsia="Microsoft YaHei"/>
          <w:sz w:val="21"/>
        </w:rPr>
        <w:t>，块结束自动关文件；</w:t>
      </w:r>
      <w:r>
        <w:rPr>
          <w:rFonts w:ascii="Consolas" w:hAnsi="Consolas" w:eastAsia="Consolas"/>
          <w:sz w:val="19"/>
        </w:rPr>
        <w:t>打开</w:t>
      </w:r>
      <w:r>
        <w:rPr>
          <w:rFonts w:ascii="Microsoft YaHei" w:hAnsi="Microsoft YaHei" w:eastAsia="Microsoft YaHei"/>
          <w:sz w:val="21"/>
        </w:rPr>
        <w:t xml:space="preserve"> = </w:t>
      </w:r>
      <w:r>
        <w:rPr>
          <w:rFonts w:ascii="Consolas" w:hAnsi="Consolas" w:eastAsia="Consolas"/>
          <w:sz w:val="19"/>
        </w:rPr>
        <w:t>open</w:t>
      </w:r>
      <w:r>
        <w:rPr>
          <w:rFonts w:ascii="Microsoft YaHei" w:hAnsi="Microsoft YaHei" w:eastAsia="Microsoft YaHei"/>
          <w:sz w:val="21"/>
        </w:rPr>
        <w:t xml:space="preserve">。⚠ </w:t>
      </w:r>
      <w:r>
        <w:rPr>
          <w:rFonts w:ascii="Microsoft YaHei" w:hAnsi="Microsoft YaHei" w:eastAsia="Microsoft YaHei"/>
          <w:b/>
          <w:sz w:val="21"/>
        </w:rPr>
        <w:t>文件对象的方法名保持英文</w:t>
      </w:r>
      <w:r>
        <w:rPr>
          <w:rFonts w:ascii="Microsoft YaHei" w:hAnsi="Microsoft YaHei" w:eastAsia="Microsoft YaHei"/>
          <w:sz w:val="21"/>
        </w:rPr>
        <w:t>（</w:t>
      </w:r>
      <w:r>
        <w:rPr>
          <w:rFonts w:ascii="Consolas" w:hAnsi="Consolas" w:eastAsia="Consolas"/>
          <w:sz w:val="19"/>
        </w:rPr>
        <w:t>write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read</w:t>
      </w:r>
      <w:r>
        <w:rPr>
          <w:rFonts w:ascii="Microsoft YaHei" w:hAnsi="Microsoft YaHei" w:eastAsia="Microsoft YaHei"/>
          <w:sz w:val="21"/>
        </w:rPr>
        <w:t>/</w:t>
      </w:r>
      <w:r>
        <w:rPr>
          <w:rFonts w:ascii="Consolas" w:hAnsi="Consolas" w:eastAsia="Consolas"/>
          <w:sz w:val="19"/>
        </w:rPr>
        <w:t>close</w:t>
      </w:r>
      <w:r>
        <w:rPr>
          <w:rFonts w:ascii="Microsoft YaHei" w:hAnsi="Microsoft YaHei" w:eastAsia="Microsoft YaHei"/>
          <w:sz w:val="21"/>
        </w:rPr>
        <w:t>），</w:t>
      </w:r>
      <w:r>
        <w:rPr>
          <w:rFonts w:ascii="Consolas" w:hAnsi="Consolas" w:eastAsia="Consolas"/>
          <w:sz w:val="19"/>
        </w:rPr>
        <w:t>os.path</w:t>
      </w:r>
      <w:r>
        <w:rPr>
          <w:rFonts w:ascii="Microsoft YaHei" w:hAnsi="Microsoft YaHei" w:eastAsia="Microsoft YaHei"/>
          <w:sz w:val="21"/>
        </w:rPr>
        <w:t xml:space="preserve"> 也保持英文。读写 JSON 用 </w:t>
      </w:r>
      <w:r>
        <w:rPr>
          <w:rFonts w:ascii="Consolas" w:hAnsi="Consolas" w:eastAsia="Consolas"/>
          <w:sz w:val="19"/>
        </w:rPr>
        <w:t>JSON解析.转字符串</w:t>
      </w:r>
      <w:r>
        <w:rPr>
          <w:rFonts w:ascii="Microsoft YaHei" w:hAnsi="Microsoft YaHei" w:eastAsia="Microsoft YaHei"/>
          <w:sz w:val="21"/>
        </w:rPr>
        <w:t xml:space="preserve"> / </w:t>
      </w:r>
      <w:r>
        <w:rPr>
          <w:rFonts w:ascii="Consolas" w:hAnsi="Consolas" w:eastAsia="Consolas"/>
          <w:sz w:val="19"/>
        </w:rPr>
        <w:t>读字符串</w:t>
      </w:r>
      <w:r>
        <w:rPr>
          <w:rFonts w:ascii="Microsoft YaHei" w:hAnsi="Microsoft YaHei" w:eastAsia="Microsoft YaHei"/>
          <w:sz w:val="21"/>
        </w:rPr>
        <w:t>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写一个三行文件再读回来打印行数。② 把一个列表按行写进文件。③ 用 </w:t>
      </w:r>
      <w:r>
        <w:rPr>
          <w:rFonts w:ascii="Consolas" w:hAnsi="Consolas" w:eastAsia="Consolas"/>
          <w:sz w:val="19"/>
        </w:rPr>
        <w:t>尝试/捕获 文件未找到错误</w:t>
      </w:r>
      <w:r>
        <w:rPr>
          <w:rFonts w:ascii="Microsoft YaHei" w:hAnsi="Microsoft YaHei" w:eastAsia="Microsoft YaHei"/>
          <w:sz w:val="21"/>
        </w:rPr>
        <w:t xml:space="preserve"> 处理文件不存在的情况。</w:t>
      </w:r>
    </w:p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sz w:val="30"/>
        </w:rPr>
        <w:t>第 10 课 中英混写与排错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本课要点 / 关键字 / 可用名字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本课要点：① 中英混写（关键字/内置名/模块都行）；② 中文内置名是「一等公民」（能当值传参）；</w:t>
      </w:r>
    </w:p>
    <w:p>
      <w:pPr>
        <w:ind w:left="340"/>
      </w:pPr>
      <w:r>
        <w:rPr>
          <w:rFonts w:ascii="Microsoft YaHei" w:hAnsi="Microsoft YaHei" w:eastAsia="Microsoft YaHei"/>
          <w:sz w:val="20"/>
        </w:rPr>
        <w:t>本课可用名字：打印 取类型 排序 绝对值 字符串 最大 操作系统 os len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例子的真源码（`docs\教学\例子\10-中英混写与排错.py`）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os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导入 操作系统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打印("内置名同一个对象：", 取类型 == type, 打印 == print)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打印("模块成员同一个函数：", 操作系统.取当前目录 == os.getcwd, 操作系统.路径.exists == os.path.exists)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② 中文内置名是「一等公民」：能当值传出去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打印("当排序的键：", 排序([3, -1, 2], 键=绝对值))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打印("当排序的键（按长度）：", 排序(["甲甲", "乙"], 键=len))       # 长度 也行，这里用 len 演示混写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取出类型 = [打印, 取类型][1]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打印("从列表里拿出来用：", 取出类型(7).__name__)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打印("当作映射的函数：", 列表(映射(字符串.转大写, ["甲a", "乙b"])))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⚠ 但**导入 os 拿不到中文成员名**：中文名挂在「操作系统」这个中文壳上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打印("中文壳的模块名：", 操作系统.__name__, "英文模块的模块名：", os.__name__)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③ 关键字不能当标识符（下面两行取消注释就语法错）——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类型 = 1        # SyntaxError：类型 是 class 关键字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如果 = 2        # SyntaxError：如果 是 if 关键字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打印("上面两行被注释掉了，写出来会直接语法错")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④ 魔术方法必须英文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类型 甲: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定义 __init__(自身, 值):        # 不能写成「初始化」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自身.值 = 值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定义 __str__(自身):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    返回 f"值={自身.值}"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打印("打印对象会调 __str__：", 甲(7))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⑤ 报错显示层三档：这里演示默认档（zh）；换档要设环境变量后新起进程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尝试: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1 / 0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捕获 除零错误 作为 错: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   打印("屏幕上是中文，对象里是英文：", str(错))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打印("想换档：把 CHINESEPYTHON_ERRORS 设成 en（完全还原）或 both（中英并排）再重跑")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—— ⑥ 遮蔽演示：故意用本文件没出现过的名字（最大 = max），免得把上面的用法弄炸 ——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最大 = 99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打印("现在的 最大 是变量：", 最大)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规则：中文内置名和英文名共享同一个名字空间。本模块只要有**一处**赋值，这个名字在整个模块里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就是变量 —— 而且**顺序敏感**：把这一行挪到最前面，上面任何一次 最大(...) 都会报「名字错误」。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（写这份教材时就踩过一次：把 长度 = 99 放在末尾，导致前面 键=长度 报「名字 '长度' 没有定义」。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#   这不是中文名没实现 —— 它们是真的全局名 —— 是 Python 自己的编译期规则。）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期望输出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内置名同一个对象： True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模块成员同一个函数： True True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当排序的键： [-1, 2, 3]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当排序的键（按长度）： ['乙', '甲甲']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从列表里拿出来用： int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当作映射的函数： ['甲A', '乙B']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中文壳的模块名： 操作系统 英文模块的模块名： os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上面两行被注释掉了，写出来会直接语法错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打印对象会调 __str__： 值=7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屏幕上是中文，对象里是英文： division by zero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想换档：把 CHINESEPYTHON_ERRORS 设成 en（完全还原）或 both（中英并排）再重跑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现在的 最大 是变量： 99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 xml:space="preserve"> </w:t>
      </w:r>
    </w:p>
    <w:p>
      <w:pPr>
        <w:spacing w:before="0" w:after="0" w:line="240" w:lineRule="auto"/>
        <w:shd w:val="clear" w:color="auto" w:fill="F2F2F2"/>
      </w:pPr>
      <w:r>
        <w:rPr>
          <w:rFonts w:ascii="Consolas" w:hAnsi="Consolas" w:eastAsia="Consolas"/>
          <w:sz w:val="18"/>
        </w:rPr>
        <w:t>—— ① 中英混写：关键字、内置名两边都对得上 ——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讲解</w:t>
      </w:r>
    </w:p>
    <w:p>
      <w:r>
        <w:rPr>
          <w:rFonts w:ascii="Microsoft YaHei" w:hAnsi="Microsoft YaHei" w:eastAsia="Microsoft YaHei"/>
          <w:sz w:val="21"/>
        </w:rPr>
        <w:t xml:space="preserve">① 关键字、内置名、模块都能混写；② </w:t>
      </w:r>
      <w:r>
        <w:rPr>
          <w:rFonts w:ascii="Microsoft YaHei" w:hAnsi="Microsoft YaHei" w:eastAsia="Microsoft YaHei"/>
          <w:b/>
          <w:sz w:val="21"/>
        </w:rPr>
        <w:t>中文内置名是一等公民</w:t>
      </w:r>
      <w:r>
        <w:rPr>
          <w:rFonts w:ascii="Microsoft YaHei" w:hAnsi="Microsoft YaHei" w:eastAsia="Microsoft YaHei"/>
          <w:sz w:val="21"/>
        </w:rPr>
        <w:t>（能当值传参：</w:t>
      </w:r>
      <w:r>
        <w:rPr>
          <w:rFonts w:ascii="Consolas" w:hAnsi="Consolas" w:eastAsia="Consolas"/>
          <w:sz w:val="19"/>
        </w:rPr>
        <w:t>排序(..., 键=绝对值)</w:t>
      </w:r>
      <w:r>
        <w:rPr>
          <w:rFonts w:ascii="Microsoft YaHei" w:hAnsi="Microsoft YaHei" w:eastAsia="Microsoft YaHei"/>
          <w:sz w:val="21"/>
        </w:rPr>
        <w:t>）；③ 中文关键字不能当标识符（</w:t>
      </w:r>
      <w:r>
        <w:rPr>
          <w:rFonts w:ascii="Consolas" w:hAnsi="Consolas" w:eastAsia="Consolas"/>
          <w:sz w:val="19"/>
        </w:rPr>
        <w:t>类型 = 1</w:t>
      </w:r>
      <w:r>
        <w:rPr>
          <w:rFonts w:ascii="Microsoft YaHei" w:hAnsi="Microsoft YaHei" w:eastAsia="Microsoft YaHei"/>
          <w:sz w:val="21"/>
        </w:rPr>
        <w:t xml:space="preserve"> 直接语法错）；④ 中文成员名挂在</w:t>
      </w:r>
      <w:r>
        <w:rPr>
          <w:rFonts w:ascii="Microsoft YaHei" w:hAnsi="Microsoft YaHei" w:eastAsia="Microsoft YaHei"/>
          <w:b/>
          <w:sz w:val="21"/>
        </w:rPr>
        <w:t>中文模块壳</w:t>
      </w:r>
      <w:r>
        <w:rPr>
          <w:rFonts w:ascii="Microsoft YaHei" w:hAnsi="Microsoft YaHei" w:eastAsia="Microsoft YaHei"/>
          <w:sz w:val="21"/>
        </w:rPr>
        <w:t>上，</w:t>
      </w:r>
      <w:r>
        <w:rPr>
          <w:rFonts w:ascii="Consolas" w:hAnsi="Consolas" w:eastAsia="Consolas"/>
          <w:sz w:val="19"/>
        </w:rPr>
        <w:t>导入 os</w:t>
      </w:r>
      <w:r>
        <w:rPr>
          <w:rFonts w:ascii="Microsoft YaHei" w:hAnsi="Microsoft YaHei" w:eastAsia="Microsoft YaHei"/>
          <w:sz w:val="21"/>
        </w:rPr>
        <w:t xml:space="preserve"> 拿不到 </w:t>
      </w:r>
      <w:r>
        <w:rPr>
          <w:rFonts w:ascii="Consolas" w:hAnsi="Consolas" w:eastAsia="Consolas"/>
          <w:sz w:val="19"/>
        </w:rPr>
        <w:t>取当前目录</w:t>
      </w:r>
      <w:r>
        <w:rPr>
          <w:rFonts w:ascii="Microsoft YaHei" w:hAnsi="Microsoft YaHei" w:eastAsia="Microsoft YaHei"/>
          <w:sz w:val="21"/>
        </w:rPr>
        <w:t>；⑤ 内置名的中文别名会被自己的变量</w:t>
      </w:r>
      <w:r>
        <w:rPr>
          <w:rFonts w:ascii="Microsoft YaHei" w:hAnsi="Microsoft YaHei" w:eastAsia="Microsoft YaHei"/>
          <w:b/>
          <w:sz w:val="21"/>
        </w:rPr>
        <w:t>遮蔽</w:t>
      </w:r>
      <w:r>
        <w:rPr>
          <w:rFonts w:ascii="Microsoft YaHei" w:hAnsi="Microsoft YaHei" w:eastAsia="Microsoft YaHei"/>
          <w:sz w:val="21"/>
        </w:rPr>
        <w:t>，而且</w:t>
      </w:r>
      <w:r>
        <w:rPr>
          <w:rFonts w:ascii="Microsoft YaHei" w:hAnsi="Microsoft YaHei" w:eastAsia="Microsoft YaHei"/>
          <w:b/>
          <w:sz w:val="21"/>
        </w:rPr>
        <w:t>顺序敏感</w:t>
      </w:r>
      <w:r>
        <w:rPr>
          <w:rFonts w:ascii="Microsoft YaHei" w:hAnsi="Microsoft YaHei" w:eastAsia="Microsoft YaHei"/>
          <w:sz w:val="21"/>
        </w:rPr>
        <w:t xml:space="preserve">（本模块只要有一处赋值，这个名字在整个模块里就是变量）；⑥ 魔术方法必须英文；⑦ 报错三档 </w:t>
      </w:r>
      <w:r>
        <w:rPr>
          <w:rFonts w:ascii="Consolas" w:hAnsi="Consolas" w:eastAsia="Consolas"/>
          <w:sz w:val="19"/>
        </w:rPr>
        <w:t>zh/en/both</w:t>
      </w:r>
      <w:r>
        <w:rPr>
          <w:rFonts w:ascii="Microsoft YaHei" w:hAnsi="Microsoft YaHei" w:eastAsia="Microsoft YaHei"/>
          <w:sz w:val="21"/>
        </w:rPr>
        <w:t>。</w:t>
      </w:r>
    </w:p>
    <w:p>
      <w:pPr>
        <w:pStyle w:val="Heading2"/>
      </w:pPr>
      <w:r>
        <w:rPr>
          <w:rFonts w:ascii="Microsoft YaHei" w:hAnsi="Microsoft YaHei" w:eastAsia="Microsoft YaHei"/>
          <w:b/>
          <w:sz w:val="25"/>
        </w:rPr>
        <w:t>练习</w:t>
      </w:r>
    </w:p>
    <w:p>
      <w:r>
        <w:rPr>
          <w:rFonts w:ascii="Microsoft YaHei" w:hAnsi="Microsoft YaHei" w:eastAsia="Microsoft YaHei"/>
          <w:sz w:val="21"/>
        </w:rPr>
        <w:t xml:space="preserve">① 把第 1 课的例子改成全英文关键字，输出应当不变。② 找出至少一个「不是关键字、但也不该拿来当变量名」的中文名，并说明为什么。③ 用 </w:t>
      </w:r>
      <w:r>
        <w:rPr>
          <w:rFonts w:ascii="Consolas" w:hAnsi="Consolas" w:eastAsia="Consolas"/>
          <w:sz w:val="19"/>
        </w:rPr>
        <w:t>CHINESEPYTHON_ERRORS=both</w:t>
      </w:r>
      <w:r>
        <w:rPr>
          <w:rFonts w:ascii="Microsoft YaHei" w:hAnsi="Microsoft YaHei" w:eastAsia="Microsoft YaHei"/>
          <w:sz w:val="21"/>
        </w:rPr>
        <w:t xml:space="preserve"> 再跑第 8 课的例子，比较输出差异。</w:t>
      </w:r>
    </w:p>
    <w:p>
      <w:pPr>
        <w:spacing w:after="40"/>
      </w:pPr>
    </w:p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